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查询所有频道的详细信息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1、查询账号下所有频道详细信息列表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http://api.polyv.net/live/v3/channel/management/list-detail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观看页状态筛选live：直播中playback：回放中end：已结束waiting：等待中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http://api.polyv.net/live/v3/channel/management/list-detail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watchStatus=playback&amp;appId=frlr1zazn3&amp;sign=BDEE4A11F8720DC0FD40E33DE159536B&amp;pageSize=20&amp;page=1&amp;keyword=%E6%B5%8B%E8%AF%95&amp;categoryId=345134&amp;timestamp=1621841244430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频道详细信息列表【详见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场景alone：活动直播ppt：三分屏topclass：大班课seminar：研讨会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观看页状态live：直播中playback：回放中end：已结束waiting：等待中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观看页状态描述，直播中，回放中，已结束，等待中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用于实现一个频道设置两个观看条件，为1或21：主要条件2：次要条件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观看条件类型none：无限制 code：验证码观看 pay：付费观看phone：白名单观看info：登记观看wxshare：分享观看custom：自定义授权观看external：外部授权观看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付费观看，截止时间，13位毫秒级时间戳，为null表示：一次付费，永久有效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付费观看的截止时长（天）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登记观看的描述字段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验证码观看的验证码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试看开关Y：开启试看N：关闭试看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试看截止日期，13位毫秒级时间戳，为null 表示对该频道永久有效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白名单输入提示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白名单入口文案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查询所有频道的详细信息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testChannelDetail()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url="http://api.polyv.net/live/v3/channel/management/list-detail";</w:t>
        <w:br/>
        <w:t xml:space="preserve">    String categoryId="345134";</w:t>
        <w:br/>
        <w:t xml:space="preserve">    String watchStatus="playback";</w:t>
        <w:br/>
        <w:t xml:space="preserve">    String keyword="测试";</w:t>
        <w:br/>
        <w:t xml:space="preserve">    String page=String.valueOf(2);</w:t>
        <w:br/>
        <w:t xml:space="preserve">    String pageSize=String.valueOf(20);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requestMap.put("categoryId", categoryId);</w:t>
        <w:br/>
        <w:t xml:space="preserve">    requestMap.put("watchStatus", watchStatus);</w:t>
        <w:br/>
        <w:t xml:space="preserve">    requestMap.put("keyword", keyword);</w:t>
        <w:br/>
        <w:t xml:space="preserve">    requestMap.put("page", page);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log.info("测试查询所有频道的详细信息，返回值：{}",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"pageSize":20,</w:t>
        <w:br/>
        <w:t xml:space="preserve">        "pageNumber":1,</w:t>
        <w:br/>
        <w:t xml:space="preserve">        "totalItems":1,</w:t>
        <w:br/>
        <w:t xml:space="preserve">        "contents":[</w:t>
        <w:br/>
        <w:t xml:space="preserve">            {</w:t>
        <w:br/>
        <w:t xml:space="preserve">                "channelId":2191569,</w:t>
        <w:br/>
        <w:t xml:space="preserve">                "name":"测试",</w:t>
        <w:br/>
        <w:t xml:space="preserve">                "channelPasswd":"******",</w:t>
        <w:br/>
        <w:t xml:space="preserve">                "categoryId":"345134",</w:t>
        <w:br/>
        <w:t xml:space="preserve">                "scene":"ppt",</w:t>
        <w:br/>
        <w:t xml:space="preserve">                "watchStatus":"playback",</w:t>
        <w:br/>
        <w:t xml:space="preserve">                "watchStatusText":"回放中",</w:t>
        <w:br/>
        <w:t xml:space="preserve">                "sceneText":"三分屏",</w:t>
        <w:br/>
        <w:t xml:space="preserve">                "watchUrl":"https://live.polyv.cn/watch/2191569",</w:t>
        <w:br/>
        <w:t xml:space="preserve">                "content":"这是直播介绍,可以是html代码",</w:t>
        <w:br/>
        <w:t xml:space="preserve">                "startTime":1557888134000,</w:t>
        <w:br/>
        <w:t xml:space="preserve">                "channelLogo":"//liveimages.videocc.net/uploaded/images/2021/03/fwzwkziu67.png",</w:t>
        <w:br/>
        <w:t xml:space="preserve">                "splashImg":"//liveimages.videocc.net/uploaded/images/2021/03/fwzwkzkn9l.png",</w:t>
        <w:br/>
        <w:t xml:space="preserve">                "splashEnabled":"Y",</w:t>
        <w:br/>
        <w:t xml:space="preserve">                "publisher":"主持人名称",</w:t>
        <w:br/>
        <w:t xml:space="preserve">                "authSetting":[</w:t>
        <w:br/>
        <w:t xml:space="preserve">                    {</w:t>
        <w:br/>
        <w:t xml:space="preserve">                        "channelId":2191569,</w:t>
        <w:br/>
        <w:t xml:space="preserve">                        "rank":1,</w:t>
        <w:br/>
        <w:t xml:space="preserve">                        "userId":"1b448be323",</w:t>
        <w:br/>
        <w:t xml:space="preserve">                        "globalSettingEnabled":"N",</w:t>
        <w:br/>
        <w:t xml:space="preserve">                        "enabled":"Y",</w:t>
        <w:br/>
        <w:t xml:space="preserve">                        "authType":"external",</w:t>
        <w:br/>
        <w:t xml:space="preserve">                        "authTips":"欢迎观看本次直播",</w:t>
        <w:br/>
        <w:t xml:space="preserve">                        "payAuthTips":"欢迎观看本次直播",</w:t>
        <w:br/>
        <w:t xml:space="preserve">                        "codeAuthTips":"欢迎观看本次直播",</w:t>
        <w:br/>
        <w:t xml:space="preserve">                        "infoAuthTips":"欢迎观看本次直播",</w:t>
        <w:br/>
        <w:t xml:space="preserve">                        "authCode":null,</w:t>
        <w:br/>
        <w:t xml:space="preserve">                        "qcodeTips":null,</w:t>
        <w:br/>
        <w:t xml:space="preserve">                        "qcodeImg":null,</w:t>
        <w:br/>
        <w:t xml:space="preserve">                        "price":0,</w:t>
        <w:br/>
        <w:t xml:space="preserve">                        "watchEndTime":null,</w:t>
        <w:br/>
        <w:t xml:space="preserve">                        "validTimePeriod":null,</w:t>
        <w:br/>
        <w:t xml:space="preserve">                        "customKey":"7020hnems4",</w:t>
        <w:br/>
        <w:t xml:space="preserve">                        "customUri":null,</w:t>
        <w:br/>
        <w:t xml:space="preserve">                        "externalKey":"L0EjokKI4O",</w:t>
        <w:br/>
        <w:t xml:space="preserve">                        "externalUri":"http://demo.ipolyv.cn/chenwb/live-validate.php",</w:t>
        <w:br/>
        <w:t xml:space="preserve">                        "externalRedirectUri":null,</w:t>
        <w:br/>
        <w:t xml:space="preserve">                        "directKey":"56221g3rv0",</w:t>
        <w:br/>
        <w:t xml:space="preserve">                        "trialWatchEnabled":"N",</w:t>
        <w:br/>
        <w:t xml:space="preserve">                        "trialWatchTime":null,</w:t>
        <w:br/>
        <w:t xml:space="preserve">                        "trialWatchEndTime":null,</w:t>
        <w:br/>
        <w:t xml:space="preserve">                        "whiteListInputTips":null,</w:t>
        <w:br/>
        <w:t xml:space="preserve">                        "whiteListEntryText":"会员入口",</w:t>
        <w:br/>
        <w:t xml:space="preserve">                        "infoDesc":null</w:t>
        <w:br/>
        <w:t xml:space="preserve">                    },</w:t>
        <w:br/>
        <w:t xml:space="preserve">                    {</w:t>
        <w:br/>
        <w:t xml:space="preserve">                        "channelId":2191569,</w:t>
        <w:br/>
        <w:t xml:space="preserve">                        "rank":2,</w:t>
        <w:br/>
        <w:t xml:space="preserve">                        "userId":"1b448be323",</w:t>
        <w:br/>
        <w:t xml:space="preserve">                        "globalSettingEnabled":"N",</w:t>
        <w:br/>
        <w:t xml:space="preserve">                        "enabled":"N",</w:t>
        <w:br/>
        <w:t xml:space="preserve">                        "authType":"none",</w:t>
        <w:br/>
        <w:t xml:space="preserve">                        "authTips":"欢迎观看本次直播",</w:t>
        <w:br/>
        <w:t xml:space="preserve">                        "payAuthTips":"欢迎观看本次直播",</w:t>
        <w:br/>
        <w:t xml:space="preserve">                        "codeAuthTips":"欢迎观看本次直播",</w:t>
        <w:br/>
        <w:t xml:space="preserve">                        "infoAuthTips":"欢迎观看本次直播",</w:t>
        <w:br/>
        <w:t xml:space="preserve">                        "authCode":null,</w:t>
        <w:br/>
        <w:t xml:space="preserve">                        "qcodeTips":null,</w:t>
        <w:br/>
        <w:t xml:space="preserve">                        "qcodeImg":null,</w:t>
        <w:br/>
        <w:t xml:space="preserve">                        "price":0,</w:t>
        <w:br/>
        <w:t xml:space="preserve">                        "watchEndTime":null,</w:t>
        <w:br/>
        <w:t xml:space="preserve">                        "validTimePeriod":null,</w:t>
        <w:br/>
        <w:t xml:space="preserve">                        "customKey":"7020hnems4",</w:t>
        <w:br/>
        <w:t xml:space="preserve">                        "customUri":null,</w:t>
        <w:br/>
        <w:t xml:space="preserve">                        "externalKey":"9oh7qu8656",</w:t>
        <w:br/>
        <w:t xml:space="preserve">                        "externalUri":null,</w:t>
        <w:br/>
        <w:t xml:space="preserve">                        "externalRedirectUri":null,</w:t>
        <w:br/>
        <w:t xml:space="preserve">                        "directKey":"56221g3rv0",</w:t>
        <w:br/>
        <w:t xml:space="preserve">                        "trialWatchEnabled":"N",</w:t>
        <w:br/>
        <w:t xml:space="preserve">                        "trialWatchTime":null,</w:t>
        <w:br/>
        <w:t xml:space="preserve">                        "trialWatchEndTime":null,</w:t>
        <w:br/>
        <w:t xml:space="preserve">                        "whiteListInputTips":null,</w:t>
        <w:br/>
        <w:t xml:space="preserve">                        "whiteListEntryText":"会员入口",</w:t>
        <w:br/>
        <w:t xml:space="preserve">                        "infoDesc":null</w:t>
        <w:br/>
        <w:t xml:space="preserve">                    }</w:t>
        <w:br/>
        <w:t xml:space="preserve">                ]</w:t>
        <w:br/>
        <w:t xml:space="preserve">            }</w:t>
        <w:br/>
        <w:t xml:space="preserve">        ],</w:t>
        <w:br/>
        <w:t xml:space="preserve">        "startRow":1,</w:t>
        <w:br/>
        <w:t xml:space="preserve">        "firstPage":true,</w:t>
        <w:br/>
        <w:t xml:space="preserve">        "lastPage":true,</w:t>
        <w:br/>
        <w:t xml:space="preserve">        "prePageNumber":1,</w:t>
        <w:br/>
        <w:t xml:space="preserve">        "limit":1,</w:t>
        <w:br/>
        <w:t xml:space="preserve">        "endRow":1,</w:t>
        <w:br/>
        <w:t xml:space="preserve">        "totalPages":1,</w:t>
        <w:br/>
        <w:t xml:space="preserve">        "nextPageNumber":1,</w:t>
        <w:br/>
        <w:t xml:space="preserve">        "offset":0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查询所有频道的详细信息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