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直播API更新日志</w:t>
      </w:r>
    </w:p>
    <w:p>
      <w:pPr>
        <w:pStyle w:val="Heading1"/>
      </w:pPr>
      <w:r>
        <w:t>2023-02-23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【默认模板-回放设置】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查询默认模板回放设置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修改默认模板回放设置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【默认模板-防录屏设置】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查询默认模板防录屏设置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修改默认模板防录屏设置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2023-02-02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查询分账号列表及剩余资源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新增出参vodSecretKey、vodBakSecretKey、writeToken、readToken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修改频道设置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入参password、seminarHostPassword、seminarAttendeePassword 长度限制由8\~16位调整为6\~16位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2023-01-05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【账号设置-页脚】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查询页脚设置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修改页脚设置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【账号设置-页脚】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查询观看次数显示开关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修改观看次数显示开关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【批量查询频道直播流信息】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批量查询频道直播流信息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查询频道回放设置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新增出参chatPlaybackEnabled：聊天重放开关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修改频道回放设置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新增入参chatPlaybackEnabled：聊天重放开关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2022-12-08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【频道管理】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修改频道设置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【子账号】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查询子账号列表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新增子账号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修改子账号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删除子账号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【组织架构】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查询组织架构列表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新增组织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删除组织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【角色】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查询角色列表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2022-11-24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查询账号信息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新增出参linkMicLimit：账号连麦人数上限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2022-11-10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【频道管理】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修改频道状态为禁止直播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新增入参forbidTime：禁播时长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【频道管理】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查询所有频道的缩略信息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查询所有频道的基础信息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查询所有频道的详细信息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出参watchStatus新增状态，banpush：已禁播状态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出参watchStatus新增状态，banpush：已禁播状态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批量查询频道直播状态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出参liveStatus新增状态，banpush：已禁播状态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【商品库】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修改频道商品信息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新增入参yieId：金融商品参数，产品收益率/价格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2022-10-13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【频道管理-新版后台-角色管理】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批量删除角色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【数据统计】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查询频道多场次概览统计数据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新增出参totalPlaybackDuration：观看回放总时长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2022-09-22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【回放管理-视频库】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查询多个频道回放设置和视频列表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2022-09-08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【聊天室-发送消息】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发送自定义消息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【聊天室-虚拟人数】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设置频道虚拟人数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查询频道虚拟人数设置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查询频道虚拟人数详情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停止频道虚拟人数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2022-09-01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【开发设置-回调说明】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重制课件任务完成回调通知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新增回调参数recordFileType，视频文件类型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2022-08-25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【数据统计-抽奖】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查询频道中奖记录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2022-08-18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【频道管理-新版后台-频道列表】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查询所有频道的基础信息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新增入参watchStatus，观看页状态筛选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新增入参startTime、endTime，查询直播开始时间范围内频道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新增出参scene：直播场景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新增出参newScene：新版后台直播场景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新增出参template：新版后台直播模板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新增出参videoList.duration：视频时长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2022-08-11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【频道管理-新版后台-角色管理】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创建角色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修改角色信息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入参purviewList新增枚举值chatAuditEnabled：聊天审核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新增出参chatAuditEnabled：聊天审核权限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2022-08-04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【直播服务授权-单点登录】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单点登录MR控制台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【频道管理-新版后台-频道列表】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查询所有频道的缩略信息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查询所有频道的基础信息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查询所有频道的详细信息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新增入参orderBy，排序字段，支持开播时间升降序、频道创建时间升降序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【频道管理-新版后台-频道列表】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新增出参linkMicLimit：频道连麦人数限制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2022-07-28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【频道管理-新版后台-频道创建】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创建MR频道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【云分发】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批量添加分发地址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批量修改分分发地址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入参distributeUrl：修改推流地址校验规则，必须以 rtmp://、http://、https:// 开头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修改云分发推流地址添加上限：50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【用量查询】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查询账号时间范围连麦使用量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修复无法查询同一天的使用量的问题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直播API更新日志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