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多场景Androidx适配指南</w:t>
      </w:r>
    </w:p>
    <w:p>
      <w:pPr>
        <w:pStyle w:val="Heading1"/>
      </w:pPr>
      <w:r>
        <w:t>**自多场景v1.3.0开始，正式支持Androidx。切换到[Androidx](https://gitee.com/polyv_ef/polyv-android-livescenes-sdk-demo/tree/androidx/)分支，即可集成。**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旧版集成的开发者可以按以下步骤执行转化为androidx。</w:t>
      </w:r>
    </w:p>
    <w:p>
      <w:pPr>
        <w:pStyle w:val="Heading1"/>
      </w:pPr>
      <w:r>
        <w:t>1、AndroidStudio 自动转化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 AndroidStudio 打开从 Github 下载的多场景 Demo，将项目级别的 build.gradle 文件中的</w:t>
      </w:r>
      <w:r>
        <w:rPr>
          <w:rFonts w:ascii="Menlo" w:hAnsi="Menlo"/>
          <w:color w:val="444444"/>
          <w:sz w:val="20"/>
        </w:rPr>
        <w:t>compileSdkVersion</w:t>
      </w:r>
      <w:r>
        <w:rPr>
          <w:rFonts w:ascii="Source Han Sans SC" w:hAnsi="Source Han Sans SC" w:eastAsia="Source Han Sans SC" w:cs="Source Han Sans SC" w:hint="eastAsia"/>
          <w:sz w:val="21"/>
        </w:rPr>
        <w:t>设置为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28。因为AndroidStudio的自动转化最低要求版本28。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另外需要注意：API28开始限制了明文流量网络请求，需要在AndroidManifest打开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build.gradle(Project)</w:t>
        <w:br/>
        <w:t>ext {</w:t>
        <w:br/>
        <w:t xml:space="preserve">    compileSdkVersion = 28</w:t>
        <w:br/>
        <w:t xml:space="preserve">    minSdkVersion = 16</w:t>
        <w:br/>
        <w:t xml:space="preserve">    targetSdkVersion = 28</w:t>
        <w:br/>
        <w:tab/>
        <w:t>//...</w:t>
        <w:br/>
        <w:t>}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修改Android Gradle Plugin版本至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3.3.0</w:t>
      </w:r>
      <w:r>
        <w:rPr>
          <w:rFonts w:ascii="Source Han Sans SC" w:hAnsi="Source Han Sans SC" w:eastAsia="Source Han Sans SC" w:cs="Source Han Sans SC" w:hint="eastAsia"/>
          <w:sz w:val="21"/>
        </w:rPr>
        <w:t>或以上。如果原项目已经是3.3.0或以上版本则不需要执行此操作。</w:t>
      </w:r>
    </w:p>
    <w:p>
      <w:r>
        <w:rPr>
          <w:rFonts w:ascii="Menlo" w:hAnsi="Menlo"/>
          <w:color w:val="444444"/>
          <w:sz w:val="20"/>
        </w:rPr>
        <w:t>File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-&gt; </w:t>
      </w:r>
      <w:r>
        <w:rPr>
          <w:rFonts w:ascii="Menlo" w:hAnsi="Menlo"/>
          <w:color w:val="444444"/>
          <w:sz w:val="20"/>
        </w:rPr>
        <w:t>Project Structure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-&gt; </w:t>
      </w:r>
      <w:r>
        <w:rPr>
          <w:rFonts w:ascii="Menlo" w:hAnsi="Menlo"/>
          <w:color w:val="444444"/>
          <w:sz w:val="20"/>
        </w:rPr>
        <w:t>Project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-&gt; </w:t>
      </w:r>
      <w:r>
        <w:rPr>
          <w:rFonts w:ascii="Menlo" w:hAnsi="Menlo"/>
          <w:color w:val="444444"/>
          <w:sz w:val="20"/>
        </w:rPr>
        <w:t>Android Gradle Plugin Version</w:t>
      </w:r>
      <w:r>
        <w:rPr>
          <w:rFonts w:ascii="Source Han Sans SC" w:hAnsi="Source Han Sans SC" w:eastAsia="Source Han Sans SC" w:cs="Source Han Sans SC" w:hint="eastAsia"/>
          <w:sz w:val="21"/>
        </w:rPr>
        <w:t>修改为3.3.0或以上。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依次打开 </w:t>
      </w:r>
      <w:r>
        <w:rPr>
          <w:rFonts w:ascii="Menlo" w:hAnsi="Menlo"/>
          <w:color w:val="444444"/>
          <w:sz w:val="20"/>
        </w:rPr>
        <w:t>Refactor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-&gt; </w:t>
      </w:r>
      <w:r>
        <w:rPr>
          <w:rFonts w:ascii="Menlo" w:hAnsi="Menlo"/>
          <w:color w:val="444444"/>
          <w:sz w:val="20"/>
        </w:rPr>
        <w:t>Migrate to Androidx</w:t>
      </w:r>
      <w:r>
        <w:rPr>
          <w:rFonts w:ascii="Source Han Sans SC" w:hAnsi="Source Han Sans SC" w:eastAsia="Source Han Sans SC" w:cs="Source Han Sans SC" w:hint="eastAsia"/>
          <w:sz w:val="21"/>
        </w:rPr>
        <w:t>，AndroidStudio 会自动帮你转化为 Androidx 的工程。扫描之后会弹出 Refactoring Preview，点击 Do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Refactor 就会开始自动转化。</w:t>
      </w:r>
    </w:p>
    <w:p>
      <w:pPr>
        <w:pStyle w:val="Heading1"/>
      </w:pPr>
      <w:r>
        <w:t>2、修改依赖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点击一下小锤子，Make Project，会发现提示主要提示两个问题：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</w:t>
        <w:br/>
        <w:t>程序包android.support.annotation不存在</w:t>
        <w:br/>
        <w:t>2、</w:t>
        <w:br/>
        <w:t>错误: 找不到符号</w:t>
        <w:br/>
        <w:t>符号:   类 CheckResult</w:t>
        <w:br/>
        <w:t>位置: 类 GlideOptions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这是因为原有的注解在Androidx中不再支持了，且多场景 SDK 中引用的 Glide 4.7.1 不支持Androidx的注解，所以我们要修改部分依赖。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build.gradle(polyvLiveCommonModul模块)</w:t>
        <w:br/>
        <w:t>dependencies {</w:t>
        <w:br/>
        <w:t xml:space="preserve">    implementation 'com.google.android.material:material:1.0.0'</w:t>
        <w:br/>
        <w:t xml:space="preserve">    api 'com.easefun.polyv:polyvSDKLiveScenes:1.2.0'</w:t>
        <w:br/>
        <w:br/>
        <w:t xml:space="preserve">    //glide</w:t>
        <w:br/>
        <w:t xml:space="preserve">    api ("com.github.bumptech.glide:okhttp3-integration:4.7.1"){</w:t>
        <w:br/>
        <w:t>//        exclude group:'com.github.bumptech.glide',module:'glide'</w:t>
        <w:br/>
        <w:t xml:space="preserve">    }</w:t>
        <w:br/>
        <w:br/>
        <w:br/>
        <w:t xml:space="preserve">    /// ============= 以下为需要修改的依赖 =============</w:t>
        <w:br/>
        <w:t xml:space="preserve">    /// 移除4.7.1的依赖</w:t>
        <w:br/>
        <w:t xml:space="preserve">    //annotationProcessor 'com.github.bumptech.glide:compiler:4.7.1'</w:t>
        <w:br/>
        <w:br/>
        <w:t xml:space="preserve">    /// 添加4.10.0的依赖</w:t>
        <w:br/>
        <w:t xml:space="preserve">    api 'com.github.bumptech.glide:glide:4.10.0'</w:t>
        <w:br/>
        <w:t xml:space="preserve">    annotationProcessor 'com.github.bumptech.glide:compiler:4.10.0'</w:t>
        <w:br/>
        <w:t xml:space="preserve">    /// ============================================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修改完成后编译运行即可。</w:t>
      </w:r>
    </w:p>
    <w:p>
      <w:pPr>
        <w:pStyle w:val="Heading1"/>
      </w:pPr>
      <w:r>
        <w:t>3、可能出现的问题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般情况下以上两步已经可以将demo转为Androidx的工程，正常运行到手机上了，只需要按照集成文档指引即可集成到项目中。但是由于AndroidStudio版本差异，导致可能转化过程中出现一下异常情况。以下为收集到的高频次异常。</w:t>
      </w:r>
    </w:p>
    <w:p>
      <w:pPr>
        <w:pStyle w:val="Heading2"/>
      </w:pPr>
      <w:r>
        <w:t>3.1 Program type already present: androidx.annotation.AnyRes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如果出现这个报错，注意检查当前的Android Gradle Plugin版本是否3.3.0及以上。Demo默认使用的AGP为3.2.0，会出现support包和androidx包注解冲突的情况。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修改AGP到3.3.0，File -&gt; Project Structure -&gt; Project -&gt; Android Gradle Plugin Version 改为3.3.0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或以上。尝试重新Build，如果仍报错可以重新执行上面的Migrate to Androidx再试一遍。</w:t>
      </w:r>
    </w:p>
    <w:p>
      <w:pPr>
        <w:pStyle w:val="Heading2"/>
      </w:pPr>
      <w:r>
        <w:t>3.2 Android 5.x 进入直播间崩溃，其他版本正常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该情况往往是由于Androidx库："androidx.appcompat:appcompat:1.1.0" 的 bug，在部分 5.0 的手机中会提示以下错误，需要将该库降低为 1.0.2 版本。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android.view.InflateException: Binary XML file line #7: Error inflating class android.webkit.WebView</w:t>
        <w:br/>
        <w:t xml:space="preserve">  ...</w:t>
        <w:br/>
        <w:t xml:space="preserve">  Caused by: android.content.res.Resources$NotFoundException: String resource ID #0x2040003</w:t>
      </w:r>
    </w:p>
    <w:p>
      <w:pPr>
        <w:pStyle w:val="Heading2"/>
      </w:pPr>
      <w:r>
        <w:t>3.3 转化后进入直播间就崩溃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部分AndroidStudio在转化完Androidx项目后，运行多场景demo会崩溃报错：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java.lang.IllegalStateException: Fragment already added: **********Fragment{a36637b (08e2d0f4-240d-4d48-9be5-824fe73c6de2) id=0x7f090092 android:switcher:2131296402:0}</w:t>
        <w:br/>
        <w:t xml:space="preserve">        at androidx.fragment.app.FragmentManagerImpl.addFragment(FragmentManagerImpl.java:1379)</w:t>
        <w:br/>
        <w:t xml:space="preserve">        at androidx.fragment.app.BackStackRecord.executeOps(BackStackRecord.java:399)</w:t>
        <w:br/>
        <w:t xml:space="preserve">        at androidx.fragment.app.FragmentManagerImpl.executeOps(FragmentManagerImpl.java:2079)</w:t>
        <w:br/>
        <w:tab/>
        <w:tab/>
        <w:tab/>
        <w:tab/>
        <w:t>...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这个主要是因为AndroidStudio转化的处理不当造成的，他对某些控件在xml和java文件中转化的包名并不一致，导致了渲染失败造成的。以下是要修改的对照表：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出错的控件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应该修改的包名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androidx.core.widget.SwipeRefreshLayout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androidx.swiperefreshlayout.widget.SwipeRefreshLayout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androidx.appcompat.widget.RecyclerView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androidx.recyclerview.widget.RecyclerView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androidx.core.view.ViewPager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androidx.viewpager.widget.ViewPager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官方的映射关系表：https://developer.android.com/jetpack/androidx/migrate/artifact-mappings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多场景Androidx适配指南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