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CHANGELOG</w:t>
      </w:r>
    </w:p>
    <w:p>
      <w:pPr>
        <w:pStyle w:val="Heading1"/>
      </w:pPr>
      <w:r>
        <w:t>[v1.41.0] - 2026-08-28</w:t>
      </w:r>
    </w:p>
    <w:p>
      <w:pPr>
        <w:pStyle w:val="Heading2"/>
      </w:pPr>
      <w:r>
        <w:t>【观看端(云课堂)场景】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【连麦】增加连麦面板隐藏和展开按钮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【合规】兼容主播嘉宾合规提醒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【连麦】响应观众连麦默认开启 [Demo、Common、SDK]</w:t>
      </w:r>
    </w:p>
    <w:p>
      <w:pPr>
        <w:pStyle w:val="Heading1"/>
      </w:pPr>
      <w:r>
        <w:t>[v1.40.0] - 2026-08-14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【跑马灯】修复由手机配置导致的跑马灯快速闪烁/乱跳 [Common]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【推流】支持RTMP和SRT推流 [Common、SDK]</w:t>
      </w:r>
    </w:p>
    <w:p>
      <w:pPr>
        <w:pStyle w:val="Heading1"/>
      </w:pPr>
      <w:r>
        <w:t>[v1.36.0] - 2026-07-17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【福袋】支持参与福袋活动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【直播间】访问次数响应后台配置 [Demo、SDK]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【跑马灯】修复部分机型跑马灯快速闪烁/乱跳 [Common]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【福袋】支持发起福袋活动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【聊天室】支持踢出、禁言列表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【修复】修复已知问题 [Common]</w:t>
      </w:r>
    </w:p>
    <w:p>
      <w:pPr>
        <w:pStyle w:val="Heading1"/>
      </w:pPr>
      <w:r>
        <w:t>[v1.35.0] - 2026-06-26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【商品库】支持显示商品自定义价格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【商品库】商品大卡片改造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【抽奖】修复抽奖挂件倒计时文案错误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【小窗】修复首次获取悬浮窗权限后，小窗没有显示的问题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【优化】修复已知问题 [Demo、Common、SDK]</w:t>
      </w:r>
    </w:p>
    <w:p>
      <w:pPr>
        <w:pStyle w:val="Heading1"/>
      </w:pPr>
      <w:r>
        <w:t>[v1.34.2] - 2026-06-05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【商品库】自定义购买价格商品支持配置秒杀价 [Demo、SDK]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【开播】支持音频审核违规提醒 [Demo、Common、SDK]</w:t>
      </w:r>
    </w:p>
    <w:p>
      <w:pPr>
        <w:pStyle w:val="Heading1"/>
      </w:pPr>
      <w:r>
        <w:t>[v1.34.1] - 2026-05-15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【商品库】响应商品消息特效配置 [Demo、Common、SDK]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【SDK】修复已知问题 [SDK]</w:t>
      </w:r>
    </w:p>
    <w:p>
      <w:pPr>
        <w:pStyle w:val="Heading1"/>
      </w:pPr>
      <w:r>
        <w:t>[v1.34.0] - 2026-04-24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【商品库】支持显示秒杀价格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【商品库】响应商品热卖特效配置 [Demo、SDK]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【开播】支持绿幕抠像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【连麦】小班课新增「观众主动上麦」开关 [Demo、Common、SDK]</w:t>
      </w:r>
    </w:p>
    <w:p>
      <w:pPr>
        <w:pStyle w:val="Heading1"/>
      </w:pPr>
      <w:r>
        <w:t>[v1.33.1] - 2026-04-13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【连麦】支持设置观众为第一画面 [Demo、SDK]</w:t>
      </w:r>
    </w:p>
    <w:p>
      <w:pPr>
        <w:pStyle w:val="Heading1"/>
      </w:pPr>
      <w:r>
        <w:t>[v1.33.0] - 2026-04-03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【互动】新增答题卡入口 [Demo、Common、SDK]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【开播】新增模版功能 [Demo、Common、SDK]</w:t>
      </w:r>
    </w:p>
    <w:p>
      <w:pPr>
        <w:pStyle w:val="Heading1"/>
      </w:pPr>
      <w:r>
        <w:t>[v1.32.0] - 2026-03-13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【互动】新增「我的奖励」功能，提升互动体验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【小窗】小窗支持贴边收起和缩放 [Common]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【直播间】修复加载错误聊天背景图导致空指针报错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【聊天室】新增支持可靠消息机制 [Common、SDK]</w:t>
      </w:r>
    </w:p>
    <w:p>
      <w:pPr>
        <w:pStyle w:val="Heading1"/>
      </w:pPr>
      <w:r>
        <w:t>[v1.31.0] - 2026-02-06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【观看】新增支持小班课场景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【外链】新增外链跳转携带参数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【直播】支持自定义token鉴权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【统计】优化观看数据统计的定时器逻辑 [SDK]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【开播】新增支持小班课场景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【屏幕共享】优化底层屏幕共享参数控制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【开播】新增支持设置封面 [Demo、Common、SDK]</w:t>
      </w:r>
    </w:p>
    <w:p>
      <w:pPr>
        <w:pStyle w:val="Heading1"/>
      </w:pPr>
      <w:r>
        <w:t>[v1.30.3] - 2026-01-16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【字幕】新增实时字幕显示功能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【登录】登录频道支持自动选择后台配置的观看模板 [Demo、SDK]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【Socket】优化Socket重连稳定性 [SDK]</w:t>
      </w:r>
    </w:p>
    <w:p>
      <w:pPr>
        <w:pStyle w:val="Heading1"/>
      </w:pPr>
      <w:r>
        <w:t>[v1.30.2] - 2025-12-26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【聊天室】被回复时消息高亮处理 [Demo、Common]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【连麦】已连麦观众背景跟随页面装修聊天室背景设置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【成员】成员列表响应后台频道角色权限开关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【屏幕共享】优化屏幕共享分辨率自适应逻辑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【回放】直播回放入口响应后台开关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【AI手卡】优化AI手卡弹出逻辑 [Demo、Common]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【SDK】优化 HttpDns 调用逻辑 [SDK]</w:t>
      </w:r>
    </w:p>
    <w:p>
      <w:pPr>
        <w:pStyle w:val="Heading1"/>
      </w:pPr>
      <w:r>
        <w:t>[v1.30.1] - 2025-12-12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【连麦】支持1v1连麦布局 [Demo、Common、SDK]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【SDK】完善播放器elog信息收集 [SDK]</w:t>
      </w:r>
    </w:p>
    <w:p>
      <w:pPr>
        <w:pStyle w:val="Heading1"/>
      </w:pPr>
      <w:r>
        <w:t>[v1.30.0] - 2025-12-05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【统计】播放日志上报优化 [SDK]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【美颜】美颜新增红唇、额头调整功能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【开播】屏幕共享听从超管码率限制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【商品库】AI手卡没内容时不显示空弹窗 [Demo、Common、SDK]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【美颜】美颜新增红唇、额头调整功能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【开播】支持屏幕共享功能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【开播】屏幕共享听从超管码率限制 [SDK]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【SDK】修复已知问题 [SDK]</w:t>
      </w:r>
    </w:p>
    <w:p>
      <w:pPr>
        <w:pStyle w:val="Heading1"/>
      </w:pPr>
      <w:r>
        <w:t>[v1.29.3] - 2025-11-17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【商品库】支持商品详情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【商品库】支持商品讲解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【商品库】小卡片支持响应管理后台商品设置外链购买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【回放】支持直播回放时移看点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【PPT】回放支持响应管理后台观看页布局设置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【聊天室】支持隐藏观众昵称 [Demo、Common、SDK]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【商品库】支持商品详情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【商品库】支持商品讲解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【商品库】小卡片支持响应管理后台商品设置外链购买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【播放器】直播带货场景回放支持字幕显示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【聊天室】支持隐藏观众昵称 [Demo、Common、SDK]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【美颜】美颜新增瘦鼻、嘴巴、美牙调整功能 [Demo、SDK]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【商品库】对齐移动中控商品库功能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【商品库】新增 AI 商品讲解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【商品库】支持韩文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【美颜】美颜新增瘦鼻、嘴巴、美牙调整功能 [Demo、SDK]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【连麦】连麦画面响应后台设置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适配16kb page size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适配Android15 &amp; Android16 [Demo、Common、SDK]</w:t>
      </w:r>
    </w:p>
    <w:p>
      <w:pPr>
        <w:pStyle w:val="Heading1"/>
      </w:pPr>
      <w:r>
        <w:t>[v1.29.1] - 2025-10-28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【直播】支持响应测试模式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【回放】支持下载m3u8视频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【回放】支持点播加密视频播放和缓存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【投屏】支持直播投屏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【回放】聊天记录加载关联场次Id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【回放】聊天重放不再关联直播状态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【播放器】修复相对路径m3u8视频在httpdns播放失败的问题 [SDK]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【开播】支持播放本地视频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【聊天室】支持在评论区禁言和踢出观众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【连麦】支持设置连麦布局背景 [Demo、Common]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【聊天室】支持在评论区禁言和踢出观众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【连麦】支持设置连麦布局背景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【登录】修复传入讲师昵称时会显示多出一串数字 [Demo]</w:t>
      </w:r>
    </w:p>
    <w:p>
      <w:pPr>
        <w:pStyle w:val="Heading1"/>
      </w:pPr>
      <w:r>
        <w:t>[v1.29.0] - 2025-08-29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【聊天室】支持显示通知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【回放】支持AI看功能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【播放器】倍速设置统一为7档预设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【聊天室】聊天重放支持文档类型消息 [Demo、Common、SDK]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【聊天室】支持显示通知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【播放器】倍速设置统一为7档预设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【聊天室】聊天重放支持文档类型消息 [Demo、Common、SDK]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【美颜】美颜新增下颌调整功能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【美颜】美颜新增亮眼调整功能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【开播】新增文字贴图功能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【开播】修复屏幕共享开启分屏后可能会断开或方向不对的问题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【开播】贴图功能的交互范围优化 [Common]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【连麦】支持第一画面切换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【美颜】美颜新增下颌调整功能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【美颜】美颜新增亮眼调整功能 [Demo]</w:t>
      </w:r>
    </w:p>
    <w:p>
      <w:pPr>
        <w:pStyle w:val="Heading2"/>
      </w:pPr>
      <w:r>
        <w:t>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【聊天室】表情图片顺序对齐 [Common]</w:t>
      </w:r>
    </w:p>
    <w:p>
      <w:pPr>
        <w:pStyle w:val="Heading1"/>
      </w:pPr>
      <w:r>
        <w:t>[v1.27.0] - 2025-07-18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【直播】优化真伪直播播放逻辑 [SDK]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【直播】调整暂停恢复逻辑为拉取最新流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【UI】修复更多弹窗某些情况高度不正确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【直播】优化真伪直播播放逻辑 [SDK]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【成员列表】成员列表增加搜索框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【美颜】美颜增加更多滤镜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【开播】音频支持音乐模式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【美颜】移除美颜所需文件读写权限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【美颜】优化调整美颜默认参数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【开播】屏幕共享画面方向适配平板多窗口模式 [Demo]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【成员列表】成员列表增加搜索框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【美颜】美颜增加更多滤镜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【开播】支持音质调整功能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【开播】支持外接设备开关控制功能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【美颜】移除美颜所需文件读写权限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【美颜】优化调整美颜默认参数 [Demo、Common、SDK]</w:t>
      </w:r>
    </w:p>
    <w:p>
      <w:pPr>
        <w:pStyle w:val="Heading2"/>
      </w:pPr>
      <w:r>
        <w:t>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【资源】资源命名增加plv前缀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【资源】移除Helvetica字体 [Common]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【聊天室】上传图片压缩参数调整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【优化】修复已知问题[SDK]</w:t>
      </w:r>
    </w:p>
    <w:p>
      <w:pPr>
        <w:pStyle w:val="Heading1"/>
      </w:pPr>
      <w:r>
        <w:t>[v1.26.0] - 2025-06-05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【商品】商品推送卡片支持开价 [Demo、Common、SDK]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【开播】屏幕共享增加内嵌的结束按钮 [Demo]</w:t>
      </w:r>
    </w:p>
    <w:p>
      <w:pPr>
        <w:pStyle w:val="Heading2"/>
      </w:pPr>
      <w:r>
        <w:t>【Common、SDK】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【兼容】兼容targetSdk = 34 [Demo、Common、SDK]</w:t>
      </w:r>
    </w:p>
    <w:p>
      <w:pPr>
        <w:pStyle w:val="Heading1"/>
      </w:pPr>
      <w:r>
        <w:t>[v1.25.1] - 2025-05-22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【回放】回放视频支持字幕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【回放】回放视频支持跨端续播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【观看】修复meidapipe-impl包引发小米15进入开播页会闪退的问题 [Demo]</w:t>
      </w:r>
    </w:p>
    <w:p>
      <w:pPr>
        <w:pStyle w:val="Heading2"/>
      </w:pPr>
      <w:r>
        <w:t>【开播端（全场景）】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【开播】修复混淆包虚拟背景功能不可用的问题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【开播】修复meidapipe-impl包引发小米15进入开播页会闪退的问题 [Demo]</w:t>
      </w:r>
    </w:p>
    <w:p>
      <w:pPr>
        <w:pStyle w:val="Heading1"/>
      </w:pPr>
      <w:r>
        <w:t>[v1.25.0] - 2025-04-29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【商品库】商品库小卡片应用新样式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【观看】响应后台页面装修背景图片配置 [Demo、Common、SDK]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【商品库】商品库小卡片应用新样式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【观看】响应后台页面装修背景图片配置 [Demo、Common、SDK]</w:t>
      </w:r>
    </w:p>
    <w:p>
      <w:pPr>
        <w:pStyle w:val="Heading2"/>
      </w:pPr>
      <w:r>
        <w:t>【开播端（三分屏）场景】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【互动】新增互动功能展示权限响应后台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【开播】新增虚拟背景功能 [Demo、Common、SDK]</w:t>
      </w:r>
    </w:p>
    <w:p>
      <w:pPr>
        <w:pStyle w:val="Heading2"/>
      </w:pPr>
      <w:r>
        <w:t>【开播端（纯视频）场景】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【多语言】优化部分英文文案展示效果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【开播】屏幕共享桌面消息支持登出消息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【贴图】手机开播贴图交互优化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【互动】新增互动功能展示权限响应后台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【开播】新增虚拟背景功能 [Demo、Common、SDK]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【开播】摄像头被占用增加提示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【播放器】修复部分播放器崩溃问题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【SDK】底层httpdns优化 [SDK]</w:t>
      </w:r>
    </w:p>
    <w:p>
      <w:pPr>
        <w:pStyle w:val="Heading1"/>
      </w:pPr>
      <w:r>
        <w:t>[v1.24.0] - 2025-03-31</w:t>
      </w:r>
    </w:p>
    <w:p>
      <w:pPr>
        <w:pStyle w:val="Heading2"/>
      </w:pPr>
      <w:r>
        <w:t>【观看端场景】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【回放】回放支持三倍速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【商品库】优化直播带货商品库搜索框表现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【连麦】修复连麦偶现视频画面不显示的问题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【推流】支持添加图片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【屏幕共享】共享屏幕时，支持浮窗显示网络状态及用户聊天内容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【聊天室】修复删除聊天消息时会导致闪退的问题 [Demo]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【WebView】修复跨域风险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【WebView】优化外链跳转判断 [Common]</w:t>
      </w:r>
    </w:p>
    <w:p>
      <w:pPr>
        <w:pStyle w:val="Heading1"/>
      </w:pPr>
      <w:r>
        <w:t>【v1.23.0] - 2025-03-14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【聊天室】支持设置最多3条评论上墙【Demo、Common、SDK】</w:t>
      </w:r>
    </w:p>
    <w:p>
      <w:pPr>
        <w:pStyle w:val="Heading2"/>
      </w:pPr>
      <w:r>
        <w:t>【观看端（三分屏）场景】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【小窗】支持响应后台开关和页面内部设置【Demo、Common、SDK】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【互动】观众端响应强制签到配置【Common】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【小窗】前后台切换触发小窗，切回来自动全屏【Demo】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【控制栏】纯视频频道的主讲画面增加全屏按钮【Demo】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【连麦】修复安卓观众摄像头麦克风权限关闭后仍能成功上麦【Demo】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【聊天室】修复聊天室横屏下拉到打赏礼物消息后无法继续下拉【Demo】</w:t>
      </w:r>
    </w:p>
    <w:p>
      <w:pPr>
        <w:pStyle w:val="Heading2"/>
      </w:pPr>
      <w:r>
        <w:t>【观看端（纯视频）场景】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【小窗】支持响应后台开关和页面内部设置【Demo、Common、SDK】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【互动】观众端响应强制签到配置【Common】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【小窗】前后台切换触发小窗，切回来自动全屏【Demo】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【连麦】修复安卓观众摄像头麦克风权限关闭后仍能成功上麦【Demo】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【日志】优化日志等级输出【Common、SDK】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【工具】Toast工具类增加空保护【SDK】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【WebView】jsbridge升级【SDK】</w:t>
      </w:r>
    </w:p>
    <w:p>
      <w:pPr>
        <w:pStyle w:val="Heading1"/>
      </w:pPr>
      <w:r>
        <w:t>【v1.22.1] - 2025-01-09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【推流】断流后页面增加常驻提示【Demo、Common】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【打赏】支持屏蔽打赏特效【Demo】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【打赏】支持开启/关闭礼物打赏【Demo、Common、SDK】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【回放】支持开播前设置回放开关【Demo、SDK】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【UI】在线列表入口优化【Demo】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【UI】观众申请连麦提示优化【Demo】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【UI】开播前设置页优化【Demo】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【UI】根据参数隐藏"混流布局"、"横竖屏"【Demo、SDK】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【推流】断流后页面增加常驻提示【Demo、Common】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【打赏】修复横屏礼物打赏响应开关失败问题【Demo】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【RTC】RTC兼容低版本【SDK】</w:t>
      </w:r>
    </w:p>
    <w:p>
      <w:pPr>
        <w:pStyle w:val="Heading1"/>
      </w:pPr>
      <w:r>
        <w:t>【v1.22.0] - 2024-12-10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【开播】优化连麦背景【Demo】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【连麦】观众下麦优化调整【Demo】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【PPT】PPT支持拖拽缩放【Demo、SDK】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【商品库】商品库支持手动取消推送【Demo、SDK】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【多语言】新增日韩繁体语言【Demo】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【观看】修复多线路切换失败无效问题【common、SDK】</w:t>
      </w:r>
    </w:p>
    <w:p>
      <w:pPr>
        <w:pStyle w:val="Heading2"/>
      </w:pPr>
      <w:r>
        <w:t>【观看端（纯视频）场景】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【商品库】商品库支持手动取消推送【Demo、SDK】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【多语言】新增日韩繁体语言【Demo】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【观看】修复多线路切换失败无效问题【common、SDK】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【socket】micId改为时间戳【SDK】</w:t>
      </w:r>
    </w:p>
    <w:p>
      <w:pPr>
        <w:pStyle w:val="Heading1"/>
      </w:pPr>
      <w:r>
        <w:t>[v1.21.0] - 2024-11-21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【美颜】支持自研美颜 [Demo、SDK]</w:t>
      </w:r>
    </w:p>
    <w:p>
      <w:pPr>
        <w:pStyle w:val="Heading2"/>
      </w:pPr>
      <w:r>
        <w:t>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【打赏】添加空指针保护，提高兼容性 [Common]</w:t>
      </w:r>
    </w:p>
    <w:p>
      <w:pPr>
        <w:pStyle w:val="Heading1"/>
      </w:pPr>
      <w:r>
        <w:t>[v1.20.0] - 2024-11-08</w:t>
      </w:r>
    </w:p>
    <w:p>
      <w:pPr>
        <w:pStyle w:val="Heading2"/>
      </w:pPr>
      <w:r>
        <w:t>【观看端（云课堂场景）】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【回放】支持素材库回放功能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【多会场】支持多会场跳转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【抽奖】支持条件抽奖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【多语言】优化英文观看页数据表达 [Demo]</w:t>
      </w:r>
    </w:p>
    <w:p>
      <w:pPr>
        <w:pStyle w:val="Heading2"/>
      </w:pPr>
      <w:r>
        <w:t>【观看端（直播带货场景）】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【回放】支持素材库回放功能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【抽奖】支持条件抽奖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【多语言】优化英文观看页数据表达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【开播】登录支持查看密码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【多语言】登录页适配英文 [Demo]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【登录】修复纯视频-极速频道登录报错问题 [SDK]</w:t>
      </w:r>
    </w:p>
    <w:p>
      <w:pPr>
        <w:pStyle w:val="Heading1"/>
      </w:pPr>
      <w:r>
        <w:t>[v1.19.1] - 2024-09-19</w:t>
      </w:r>
    </w:p>
    <w:p>
      <w:pPr>
        <w:pStyle w:val="Heading2"/>
      </w:pPr>
      <w:r>
        <w:t>【观看端场景（云课堂、直播带货）】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【聊天室】登录频道聊天室支持分组功能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【聊天室】新增显示在线观众列表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【播放器】支持防录屏防截屏 [Demo、Common、SDK]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底层组件优化升级，提高兼容性 [SDK]</w:t>
      </w:r>
    </w:p>
    <w:p>
      <w:pPr>
        <w:pStyle w:val="Heading1"/>
      </w:pPr>
      <w:r>
        <w:t>[v1.19.0] - 2024-09-02</w:t>
      </w:r>
    </w:p>
    <w:p>
      <w:pPr>
        <w:pStyle w:val="Heading1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【统计】新增商品卡片的事件埋点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【登录】优化直播回放登录流程 [SDK]</w:t>
      </w:r>
    </w:p>
    <w:p>
      <w:pPr>
        <w:pStyle w:val="Heading1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【统计】新增商品卡片的事件埋点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【登录】优化直播回放登录流程 [SDK]</w:t>
      </w:r>
    </w:p>
    <w:p>
      <w:pPr>
        <w:pStyle w:val="Heading1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【开播】新增调整降噪API功能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【开播】修复后台结束屏幕共享后的黑屏问题 [SDK]</w:t>
      </w:r>
    </w:p>
    <w:p>
      <w:pPr>
        <w:pStyle w:val="Heading1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【开播】支持切换降噪模式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【开播】新增外接麦克风设备开播功能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【开播】修复后台结束屏幕共享后的黑屏问题 [SDK]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【聊天室】支持评论上墙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【日志】新增本地日志上报功能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【聊天室】更新本地聊天室表情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【聊天室】解决高并发引起的内存耗尽问题 [Demo、Common、SDK]</w:t>
      </w:r>
    </w:p>
    <w:p>
      <w:pPr>
        <w:pStyle w:val="Heading1"/>
      </w:pPr>
      <w:r>
        <w:t>[v1.18.0] - 2024-07-19</w:t>
      </w:r>
    </w:p>
    <w:p>
      <w:pPr>
        <w:pStyle w:val="Heading2"/>
      </w:pPr>
      <w:r>
        <w:t>【观看（三分屏、直播带货）场景】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【互动】新增大卡片推送【Common】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【互动】职位卡片样式支持详情信息【Common】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【回放】回放支持小窗播放【Common、SDK】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【聊天室】修复聊天消息异常崩溃问题【Common】</w:t>
      </w:r>
    </w:p>
    <w:p>
      <w:pPr>
        <w:pStyle w:val="Heading2"/>
      </w:pPr>
      <w:r>
        <w:t>【手机开播（三分屏、纯视频）场景】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【开播】房间名称支持150字符修改【Scenes】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【开播】开播侧大并发消息限流优化【Common、SDK】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【开播】开播退出交互优化【Scenes】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【开播】开播更多功能适配小屏幕机型【Scenes】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【观看】修复切换清晰度时直播画面清晰度没有变化【SDK】</w:t>
      </w:r>
    </w:p>
    <w:p>
      <w:pPr>
        <w:pStyle w:val="Heading1"/>
      </w:pPr>
      <w:r>
        <w:t>[v1.17.1] - 2024-05-31</w:t>
      </w:r>
    </w:p>
    <w:p>
      <w:pPr>
        <w:pStyle w:val="Heading2"/>
      </w:pPr>
      <w:r>
        <w:t>【观看（三分屏、直播带货）场景】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【互动】抽奖礼盒支持自定义文案 【Common、SDK】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【互动】热卖商品悬浮条 【Scenes、Common】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【观看】直播显示当前在线人数 【Common】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【互动】修复直播介绍图片不显示问题 【Common】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【网络】新增SM2加密【SDK】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【聊天室】聊天消息大并发优化【SDK、Common】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【互动】开播支持发起签到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【开播】优化开播socket连接【SDK】</w:t>
      </w:r>
    </w:p>
    <w:p>
      <w:pPr>
        <w:pStyle w:val="Heading1"/>
      </w:pPr>
      <w:r>
        <w:t>[v1.17.0] - 2024-04-26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【连麦】支持新版连麦流程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【连麦】底层连麦组件优化升级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【网络】httpdns优化升级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修复已知崩溃问题 [SDK]</w:t>
      </w:r>
    </w:p>
    <w:p>
      <w:pPr>
        <w:pStyle w:val="Heading2"/>
      </w:pPr>
      <w:r>
        <w:t>【观看（三分屏、直播带货）场景】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【回放】优化播放条件判断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【连麦】进入连麦时默认开启麦克风 [Scenes、Common]</w:t>
      </w:r>
    </w:p>
    <w:p>
      <w:pPr>
        <w:pStyle w:val="Heading2"/>
      </w:pPr>
      <w:r>
        <w:t>【手机开播（三分屏、纯视频）场景】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【连麦】支持讲师实时查看观众连麦时长 [Scenes、Common]</w:t>
      </w:r>
    </w:p>
    <w:p>
      <w:pPr>
        <w:pStyle w:val="Heading2"/>
      </w:pPr>
      <w:r>
        <w:t>【互动学堂场景】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停止对互动学堂场景的支持</w:t>
      </w:r>
    </w:p>
    <w:p>
      <w:pPr>
        <w:pStyle w:val="Heading1"/>
      </w:pPr>
      <w:r>
        <w:t>[v1.16.4] - 2024-03-06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【回放】支持回放配置播放器选项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【文档】新增观看页翻页的权限控制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【回放】支持回放配置播放器选项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【连麦】支持读取后台设置默认开启连麦 [Scenes、SDK]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【连麦】支持读取后台设置默认开启连麦 [Scenes、SDK]</w:t>
      </w:r>
    </w:p>
    <w:p>
      <w:pPr>
        <w:pStyle w:val="Heading1"/>
      </w:pPr>
      <w:r>
        <w:t>[v1.16.3] - 2024-01-31</w:t>
      </w:r>
    </w:p>
    <w:p>
      <w:pPr>
        <w:pStyle w:val="Heading2"/>
      </w:pPr>
      <w:r>
        <w:t>观看端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【直播间】观看页观看次数新增60秒刷新逻辑 [Common、SDK]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【httpdns】httpdns库版本升级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【日志】播放器卡顿buffer上报机制优化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【回放】普通转播支持接受频道播放发起转播频道的回放视频 [SDK]</w:t>
      </w:r>
    </w:p>
    <w:p>
      <w:pPr>
        <w:pStyle w:val="Heading1"/>
      </w:pPr>
      <w:r>
        <w:t>[v1.16.2] - 2024-01-05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【聊天室】提问功能默认首条欢迎消息的讲师昵称头衔支持后台配置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【聊天室】完善聊天室发送图片审核 [SDK]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【回放】直播带货场景回放支持全屏观看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【聊天室】完善聊天室发送图片审核 [SDK]</w:t>
      </w:r>
    </w:p>
    <w:p>
      <w:pPr>
        <w:pStyle w:val="Heading2"/>
      </w:pPr>
      <w:r>
        <w:t>开播端 (纯视频场景)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【推流】完善推流模版多清晰度适配 [Scenes、SDK]</w:t>
      </w:r>
    </w:p>
    <w:p>
      <w:pPr>
        <w:pStyle w:val="Heading2"/>
      </w:pPr>
      <w:r>
        <w:t>开播端 (三分屏场景)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【推流】完善推流模版多清晰度适配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【文档】修复已知上传文档失败问题 [Scenes]</w:t>
      </w:r>
    </w:p>
    <w:p>
      <w:pPr>
        <w:pStyle w:val="Heading1"/>
      </w:pPr>
      <w:r>
        <w:t>[v1.16.1] - 2023-12-18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【连麦】主播支持强制下麦功能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【连麦】嘉宾兼容强制下麦功能 [Common、SDK]</w:t>
      </w:r>
    </w:p>
    <w:p>
      <w:pPr>
        <w:pStyle w:val="Heading1"/>
      </w:pPr>
      <w:r>
        <w:t>[v1.16.0] - 2023-12-08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【连麦】主屏画面修改为只有讲师隐藏名称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【连麦】观众第一画面推流分辨率支持1080P [SDK]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【互动】左滑公告支持图片内容展示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【连麦】观众第一画面推流分辨率支持1080P [SDK]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【连麦】支持SIP功能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【推流】屏幕共享支持收录系统内App声音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【推流】混流布局默认值读取超管后台配置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【推流】弱网开播失败添加提示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【推流】屏幕共享混流弱网优化 [SDK]</w:t>
      </w:r>
    </w:p>
    <w:p>
      <w:pPr>
        <w:pStyle w:val="Heading1"/>
      </w:pPr>
      <w:r>
        <w:t>[v1.15.1] - 2023-11-13</w:t>
      </w:r>
    </w:p>
    <w:p>
      <w:pPr>
        <w:pStyle w:val="Heading2"/>
      </w:pPr>
      <w:r>
        <w:t>观看端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【聊天室】优化高并发场景性能表现[SDK]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【成员列表&amp;聊天室】优化高并发场景性能表现[Scenes、Common、SDK]</w:t>
      </w:r>
    </w:p>
    <w:p>
      <w:pPr>
        <w:pStyle w:val="Heading1"/>
      </w:pPr>
      <w:r>
        <w:t>[v1.15.0] - 2023-10-27</w:t>
      </w:r>
    </w:p>
    <w:p>
      <w:pPr>
        <w:pStyle w:val="Heading2"/>
      </w:pPr>
      <w:r>
        <w:t>观看端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【直播间】支持多语言切换功能[Scenes、Common、SDK]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【直播间】图文直播内嵌页更新[Scenes、SDK]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【直播间】支持多语言功能[Scenes、Common、SDK]</w:t>
      </w:r>
    </w:p>
    <w:p>
      <w:pPr>
        <w:pStyle w:val="Heading1"/>
      </w:pPr>
      <w:r>
        <w:t>[v1.14.0] - 2023-08-31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【聊天室】响应后台的聊天室菜单隐藏设置[Scenes、Common、SDK]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【聊天室】响应后台的提问提示语设置[Scenes]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【聊天室】支持显示提问历史记录[Scenes、Common、SDK]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【播放器】追帧效果优化[SDK]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【播放器】修复播放回放视频可能会闪退的问题[SDK]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【聊天室】修复界面初始全屏时输入聊天闪退的问题[Scenes]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【聊天室】支持提问功能[Scenes、Common、SDK]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【播放器】追帧效果优化[SDK]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【直播间】调整连麦布局样式和点赞样式[Scenes]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【播放器】修复播放回放视频可能会闪退的问题[SDK]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【推流】支持关闭摄像头时，也可以发起屏幕共享[Scenes、Common]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【推流】支持修改混流布局[Scenes、Common]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【连麦】调整连麦布局样式和占位方式[Scenes]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【推流】支持关闭摄像头时，也可以发起屏幕共享[Scenes、Common]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【推流】支持修改混流布局[Scenes、Common]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【Socket】Socket.IO库版本升级[SDK]</w:t>
      </w:r>
    </w:p>
    <w:p>
      <w:pPr>
        <w:pStyle w:val="Heading1"/>
      </w:pPr>
      <w:r>
        <w:t>[v1.13.0] - 2023-07-28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【连麦】支持提升第一画面观众的画面清晰度[Scenes、Common、SDK]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【小窗】优化小窗播放体验，新增静音、销毁API[Scenes、Common、SDK]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【互动】支持显示无条件抽奖的挂件[Scenes、Common、SDK]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【连麦】支持提升第一画面观众的画面清晰度[Scenes、Common、SDK]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【小窗】优化小窗播放体验，新增静音、销毁API[Scenes、Common、SDK]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【互动】支持显示无条件抽奖的挂件[Scenes、Common、SDK]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【连麦】支持讲师邀请连麦[Scenes、Common、SDK]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【连麦】嘉宾支持接受讲师连麦邀请[Scenes、Common、SDK]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【频道】响应监播助教的禁播[Scenes、Common、SDK]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【频道】修复开播预览页未响应被挤下线的问题[Scenes]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【连麦】支持讲师邀请连麦[Scenes、Common、SDK]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【连麦】嘉宾支持接受讲师连麦邀请[Scenes、Common、SDK]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【频道】响应监播助教的禁播[Scenes、Common、SDK]</w:t>
      </w:r>
    </w:p>
    <w:p>
      <w:pPr>
        <w:pStyle w:val="Heading1"/>
      </w:pPr>
      <w:r>
        <w:t>[v1.12.2] - 2023-06-21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【营销】观看页新增营销埋点[Scenes、Common、SDK]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【直播】直播带货场景支持全屏观看[Scenes、Common]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【营销】观看页新增营销埋点[Scenes、Common、SDK]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【美颜】接入新版美颜[SDK]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【美颜】接入新版美颜[SDK]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【播放器】修复音视频不同步问题[SDK]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【日志】新增qos Loading粗粒度时间上报[SDK]</w:t>
      </w:r>
    </w:p>
    <w:p>
      <w:pPr>
        <w:pStyle w:val="Heading1"/>
      </w:pPr>
      <w:r>
        <w:t>[v1.11.3] - 2023-05-19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【跑马灯】跑马灯速度响应后台速度调整[Common、SDK]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【弹幕】弹幕速度响应后台速度调整[Scenes、Common、SDK]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【直播】修复直播间偶现热度不准确问题[common]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【聊天室】隐藏聊天历史记录UI[Scenes]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【直播】修复直播间偶现热度不准确问题[Common]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【直播】开播端新增抗弱网功能[Scenes、Common、SDK]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【推流】推流信号显示数值[Common、SDK]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【直播】开播端新增抗弱网功能[Scenes、Common、SDK]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【推流】推流信号显示数值[Common、SDK]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【ppt】修复ppt无法翻页问题[Scenes]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【登录】优化接口重复调用问题[SDK]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【直播】调整图片上传规范[SDK]</w:t>
      </w:r>
    </w:p>
    <w:p>
      <w:pPr>
        <w:pStyle w:val="Heading1"/>
      </w:pPr>
      <w:r>
        <w:t>[v1.11.2] - 2023-04-23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【互动】支持"一键举报"功能[Scenes、Common、SDK]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【聊天室】支持支付宝口令红包功能[Scenes、Common、SDK]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【回放】调整直播回放读取逻辑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【互动】修复卡片推送偶现不弹出的问题 [Scenes、SDK]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【连麦】支持连麦功能[Scenes、Common]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【互动】支持"一键举报"功能[Scenes、Common、SDK]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【聊天室】支持支付宝口令红包功能[Scenes、Common、SDK]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【回放】调整直播回放读取逻辑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【回放】优化进度条触摸区域，避免误触[Scenes]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【互动】修复卡片推送偶现不弹出的问题 [Scenes、SDK]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【推流】支持1080p分辨率开播[Scenes、SDK]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【推流】增加开播开始事件发送失败时的提示[Scenes、SDK]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【成员列表】调整特殊角色头衔和昵称的限制字符[Scenes]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【推流】推流降噪效果优化[SDK]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【美颜】美颜人脸识别效果优化[SDK]</w:t>
      </w:r>
    </w:p>
    <w:p>
      <w:pPr>
        <w:pStyle w:val="Heading1"/>
      </w:pPr>
      <w:r>
        <w:t>[v1.10.8] - 2023-03-30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【回放】直播回放新增1.25x倍速[Common]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【聊天室】聊天重放支持"裁剪合并聊天信息"[Scenes、SDK]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【直播】支持双师频道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【直播】修复部分机型 后台 点击小窗返回失败问题[Scenes]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【回放】直播回放新增1.25x倍速[Common]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【商品库】商品库改为h5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【商品库】商品库卡片推送取消定时挂起[Scenes、Common]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【直播】修复部分机型 后台 点击小窗返回失败问题[Scenes]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图片压缩逻辑优化[SDK]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播放器调整"连麦下正常上报停留时长"[SDK]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推流参数响应超管配置[SDK]</w:t>
      </w:r>
    </w:p>
    <w:p>
      <w:pPr>
        <w:pStyle w:val="Heading1"/>
      </w:pPr>
      <w:r>
        <w:t>[v1.10.7] - 2023-03-08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【互动】新增问卷常驻入口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【观看】优化跑马灯文字过长时 样式对齐[Common]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【PPT】优化ppt代码逻辑[Scenes]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【聊天室】回放场景下 历史消息&amp;实时消息规则对齐[Scenes]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【观看】修复连麦时本地预览上下颠倒问题[SDK]</w:t>
      </w:r>
    </w:p>
    <w:p>
      <w:pPr>
        <w:pStyle w:val="Heading1"/>
      </w:pPr>
      <w:r>
        <w:t>[v1.10.6] - 2023-02-10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【聊天室】支持观看端引用回复功能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【连麦】支持显示音频/视频连麦类型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【连麦】观众申请连麦时可以显示排队顺序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【PPT】修复偶现回放场景下PPT未正确加载的问题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【连麦】优化部分连麦接口性能 [SDK]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【聊天室】支持观看端引用回复功能 [Scenes、Common、SDK]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【连麦】修复观众断开网络后再重连会无法加入混流的问题 [Common]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修复部分安全风险漏洞 [SDK]</w:t>
      </w:r>
    </w:p>
    <w:p>
      <w:pPr>
        <w:pStyle w:val="Heading1"/>
      </w:pPr>
      <w:r>
        <w:t>[v1.10.5] - 2022-12-29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【SDK】学员支持双向白板 【common、SDK】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【连麦】邀请连麦功能-观看端接听【common、SDK】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【聊天室】严谨词支持带*样式【common】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【common、SDK】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【直播】修复“视频加载失败，请检查网络或退出重进”问题【SDK】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【直播】开播分享功能响应超管配置【Scenes】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【营销】支持主播管控商品库【Scenes、SDK】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【common、SDK】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【直播】开播分享功能响应超管配置【Scenes】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【common、SDK】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【接口】接口安全开关 响应可用限制【SDK】</w:t>
      </w:r>
    </w:p>
    <w:p>
      <w:pPr>
        <w:pStyle w:val="Heading1"/>
      </w:pPr>
      <w:r>
        <w:t>[v1.10.4] - 2022-11-29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1.【SDK】修复webview安全扫描漏洞【SDK、Common】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【播放器】优化跑马灯溯源效果【Common】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【SDK】jsbridge私有化【SDK、Common】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【播放器】播放器接口调用机制改造【SDK】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【播放器】直播播放器统计观看数据增加直播状态判断【SDK】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【回放】优化回放拖到进度效果【Common】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【播放器】对齐直播状态逻辑【Common】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1.【播放器】修复直播带货场景广告暂停异常问题【Common】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【直播】默认横屏开播、默认后置摄像头【Scenes、SDK】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【直播】纯视频开播支持语音连麦【Common、SDK】</w:t>
      </w:r>
    </w:p>
    <w:p>
      <w:pPr>
        <w:pStyle w:val="Heading1"/>
      </w:pPr>
      <w:r>
        <w:t>[v1.10.3] - 2022-10-26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1.【回放】修复回放列表无法播放点播导入的视频 [Scenes、SDK]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1.【接口】增强接口请求的安全校验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2.【播放器】播放器版本升级 [SDK]</w:t>
      </w:r>
    </w:p>
    <w:p>
      <w:pPr>
        <w:pStyle w:val="Heading1"/>
      </w:pPr>
      <w:r>
        <w:t>[v1.10.2] - 2022-10-10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【回放】支持离线缓存无网络播放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【回放】修复单个视频播放没有章节tab 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【营销】打赏入口显示逻辑对齐云课堂 [Scenes]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【营销】支持生成和保存邀请海报 [Scenes、Common、SDK]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【营销】支持生成和保存邀请海报 [Scenes、Common、SDK]</w:t>
      </w:r>
    </w:p>
    <w:p>
      <w:pPr>
        <w:pStyle w:val="Heading1"/>
      </w:pPr>
      <w:r>
        <w:t>[v1.10.1.1] - 2022-09-09</w:t>
      </w:r>
    </w:p>
    <w:p>
      <w:pPr>
        <w:pStyle w:val="Heading2"/>
      </w:pPr>
      <w:r>
        <w:t>观看端场景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【观看页】修正特殊场景下快直播观看统计异常的问题[SDK]</w:t>
      </w:r>
    </w:p>
    <w:p>
      <w:pPr>
        <w:pStyle w:val="Heading1"/>
      </w:pPr>
      <w:r>
        <w:t>[v1.10.1] - 2022-09-06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【播放器】弱网加载不出画面时显示缺省页提示刷新 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【播放器】弱网加载不出画面时显示缺省页提示刷新 [Scenes、Common、SDK]</w:t>
      </w:r>
    </w:p>
    <w:p>
      <w:pPr>
        <w:pStyle w:val="Heading1"/>
      </w:pPr>
      <w:r>
        <w:t>[v1.10.0] - 2022-08-30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【SDK】支持接口三件套安全升级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【播放器】优化播放器观看延迟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【播放器】支持有播放限制及引导页的情况下，播放暂存视频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【播放器】支持播放点播列表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【PPT】修复回放观看偶现没有PPT [Common]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【SDK】支持接口三件套安全升级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【播放器】优化播放器观看延迟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【播放器】支持有播放限制及引导页的情况下，播放暂存视频 [Scenes、SDK]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【文档】支持文档放大功能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【SDK】支持接口三件套安全升级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【连麦】嘉宾端对齐画笔功能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【推流】修复开播过程中断网，重连网络后没有继续推流的问题 [Common]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【推流】横屏开播支持画面比例选择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【连麦】支持嘉宾相互授权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【SDK】支持接口三件套安全升级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【推流】修复开播过程中断网，重连网络后没有继续推流的问题 [Common]</w:t>
      </w:r>
    </w:p>
    <w:p>
      <w:pPr>
        <w:pStyle w:val="Heading1"/>
      </w:pPr>
      <w:r>
        <w:t>[v1.9.5] - 2022-07-29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【播放器】支持响应后台配置最大并发限制人数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【聊天室】聊天区支持下载讲师分享的文件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【聊天室】聊天室响应专注模式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【播放器】回放支持断点续播 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【播放器】支持响应后台配置最大并发限制人数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【聊天室】聊天区支持下载讲师分享的文件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【营销】支持卡片推送 [Scenes、Common]</w:t>
      </w:r>
    </w:p>
    <w:p>
      <w:pPr>
        <w:pStyle w:val="Heading2"/>
      </w:pPr>
      <w:r>
        <w:t>开播端（三分屏场景）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【推流】支持切换主副屏，响应第一画面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【美颜】优化美颜性能表现 [SDK]</w:t>
      </w:r>
    </w:p>
    <w:p>
      <w:pPr>
        <w:pStyle w:val="Heading2"/>
      </w:pPr>
      <w:r>
        <w:t>开播端（纯视频场景）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【推流】支持相机缩放画面大小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【美颜】优化美颜性能表现 [SDK]</w:t>
      </w:r>
    </w:p>
    <w:p>
      <w:pPr>
        <w:pStyle w:val="Heading1"/>
      </w:pPr>
      <w:r>
        <w:t>[v1.9.4] - 2022-07-13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【互动】支持卡片推送功能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【营销】支持横屏显示商品及商品卡片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【营销】修复后台推送商品，再将商品列表关闭，商品推送不会自动消失 [Common]</w:t>
      </w:r>
    </w:p>
    <w:p>
      <w:pPr>
        <w:pStyle w:val="Heading1"/>
      </w:pPr>
      <w:r>
        <w:t>[v1.9.3] - 2022-06-20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【播放器】支持播放本地缓存的视频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【聊天室】回放视频支持聊天重放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【SDK】优化日志发送规则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【播放器】优化网络异常场景下的重试机制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【互动】修复公告嵌入链接无法跳转的问题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【连麦】优化连麦权限申请 [Common、SDK]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【营销】回放页面显示商品库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【聊天室】回放视频支持聊天重放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【播放器】优化网络异常场景下的重试机制 [SDK]</w:t>
      </w:r>
    </w:p>
    <w:p>
      <w:pPr>
        <w:pStyle w:val="Heading2"/>
      </w:pPr>
      <w:r>
        <w:t>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【美颜】新增美颜功能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【连麦】修复网页开播嘉宾共享屏幕后，混流仍显示为摄像头画面的问题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【连麦】修复连麦全屏后图层显示异常的问题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【推流】修复部分频道停止屏幕共享后，摄像头画面异常的问题 [SDK]</w:t>
      </w:r>
    </w:p>
    <w:p>
      <w:pPr>
        <w:pStyle w:val="Heading1"/>
      </w:pPr>
      <w:r>
        <w:t>[v1.9.1.1] - 2022-05-20</w:t>
      </w:r>
    </w:p>
    <w:p>
      <w:pPr>
        <w:pStyle w:val="Heading2"/>
      </w:pPr>
      <w:r>
        <w:t>观看端（云课堂场景）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【营销】支持显示商品库 Tab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【营销】支持显示商品推送卡片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【营销】支持使用积分支付进行打赏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【播放器】支持小窗播放 [Scenes、Common、SDK]</w:t>
      </w:r>
    </w:p>
    <w:p>
      <w:pPr>
        <w:pStyle w:val="Heading2"/>
      </w:pPr>
      <w:r>
        <w:t>观看端（直播带货场景）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【播放器】支持小窗播放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【营销】打赏消息与网页端互通 [Scenes、Common、SDK]</w:t>
      </w:r>
    </w:p>
    <w:p>
      <w:pPr>
        <w:pStyle w:val="Heading1"/>
      </w:pPr>
      <w:r>
        <w:t>[v1.9.1] - 2022-05-13</w:t>
      </w:r>
    </w:p>
    <w:p>
      <w:pPr>
        <w:pStyle w:val="Heading2"/>
      </w:pPr>
      <w:r>
        <w:t>观看端场景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【回放】回放支持播放最新的暂存视频 [Scenes、Common、SDK]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Heading1"/>
      </w:pPr>
      <w:r>
        <w:t>[v1.9.0] - 2022-04-20</w:t>
      </w:r>
    </w:p>
    <w:p>
      <w:pPr>
        <w:pStyle w:val="Heading2"/>
      </w:pPr>
      <w:r>
        <w:t>观看端场景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【互动应用】优化互动应用通讯逻辑，支持中奖记录查看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【直播】直播状态展示同步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【连麦】修复无延迟在Android 12初始化失败问题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【连麦】修复下麦后仍占用通话音量问题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【播放器】修复回放未设置跑马灯引起弹幕开关不显示问题 [Common、SDK]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【播放器】支持设置水印点击跳转链接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【互动应用】优化互动应用通讯逻辑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【播放器】修复无延迟模式观看双击无法暂停问题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【播放器】修复回放未设置跑马灯引起弹幕开关不显示问题 [Common、SDK]</w:t>
      </w:r>
    </w:p>
    <w:p>
      <w:pPr>
        <w:pStyle w:val="Heading2"/>
      </w:pPr>
      <w:r>
        <w:t>开播端（三分屏）场景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【SDK】推流帧率优化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【聊天室】提醒功能交互优化对齐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 [SDK]</w:t>
      </w:r>
    </w:p>
    <w:p>
      <w:pPr>
        <w:pStyle w:val="Heading2"/>
      </w:pPr>
      <w:r>
        <w:t>开播端（纯视频）场景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【连麦】新增屏幕共享功能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【SDK】推流帧率优化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【连麦】默认关闭重力感应 [SDK]</w:t>
      </w:r>
    </w:p>
    <w:p>
      <w:pPr>
        <w:pStyle w:val="Heading1"/>
      </w:pPr>
      <w:r>
        <w:t>[v1.8.3] - 2022-03-18</w:t>
      </w:r>
    </w:p>
    <w:p>
      <w:pPr>
        <w:pStyle w:val="Heading2"/>
      </w:pPr>
      <w:r>
        <w:t>观看端场景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【登录】通过读取 local.properties 进行测试数据配置 [Scenes]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【打赏】优化打赏时异常状态的提示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【回放】优化回放时界面显示 [Scenes]</w:t>
      </w:r>
    </w:p>
    <w:p>
      <w:pPr>
        <w:pStyle w:val="Heading2"/>
      </w:pPr>
      <w:r>
        <w:t>开播端（三分屏）场景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【文档】支持授权嘉宾操作文档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【登录】支持通过 scheme 方式唤起登录页面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【连麦】优化全体下麦表现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【权限】优化登录时的权限申请 [Scenes]</w:t>
      </w:r>
    </w:p>
    <w:p>
      <w:pPr>
        <w:pStyle w:val="Heading1"/>
      </w:pPr>
      <w:r>
        <w:t>[v1.8.2] - 2022-02-28</w:t>
      </w:r>
    </w:p>
    <w:p>
      <w:pPr>
        <w:pStyle w:val="Heading2"/>
      </w:pPr>
      <w:r>
        <w:t>观看端（云课堂）场景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【回放】支持回放列表播放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【播放器】支持防录屏水印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【连麦】修复异常网络状态下，嘉宾连麦的显示问题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【连麦】修复正在连麦的用户，使用新的设备登录仍然是连麦状态 [Scenes、SDK]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【回放】支持回放列表播放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【播放器】支持防录屏水印 [Scenes、Common、SDK]</w:t>
      </w:r>
    </w:p>
    <w:p>
      <w:pPr>
        <w:pStyle w:val="Heading2"/>
      </w:pPr>
      <w:r>
        <w:t>互动学堂场景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【连麦】支持摄像头放大 [Scenes、Common、SDK]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【接口】优化部分接口安全性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【日志】优化观看日志统计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【网络】优化httpdns懒加载 [SDK]</w:t>
      </w:r>
    </w:p>
    <w:p>
      <w:pPr>
        <w:pStyle w:val="Heading1"/>
      </w:pPr>
      <w:r>
        <w:t>[v1.8.1] - 2022-01-07</w:t>
      </w:r>
    </w:p>
    <w:p>
      <w:pPr>
        <w:pStyle w:val="Heading2"/>
      </w:pPr>
      <w:r>
        <w:t>观看端（云课堂）场景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【播放器】无延迟支持播放器LOGO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【PPT】修复断网重连后，偶现PPT加载失败问题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【无延迟】支持观看无延迟直播，无延迟频道支持观众切换普通延迟观看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【直播】支持防录屏跑马灯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【播放器】开播端快速上下课，点击重新开播按钮无法恢复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【连麦】修复偶现黑屏的问题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【开播】恢复直播时增加网络检测提示 [Scenes]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【连麦】支持嘉宾登陆、多人连麦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【开播】恢复直播时增加网络检测提示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【开播】修复手机横屏开播后连麦后，讲师摄像头自动左右镜像问题 [Common、SDK]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【连麦】修复个别机型切换前后摄像头崩溃问题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【接口】优化接口稳定性和安全性 [SDK]</w:t>
      </w:r>
    </w:p>
    <w:p>
      <w:pPr>
        <w:pStyle w:val="Heading1"/>
      </w:pPr>
      <w:r>
        <w:t>[v1.8.0] - 2021-12-16</w:t>
      </w:r>
    </w:p>
    <w:p>
      <w:pPr>
        <w:pStyle w:val="Heading2"/>
      </w:pPr>
      <w:r>
        <w:t>观看端（云课堂）场景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【无延迟】无延迟频道支持观众切换普通延迟观看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【互动】新增问答功能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【PPT】PPT支持观众往回翻页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【无延迟】增强无延迟观看稳定性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【日志】优化短暂上下课情况下的日志记录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【日志】修复互动功能未传进param4、param5的问题 [Common、SDK]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【日志】优化短暂上下课情况下的日志记录 [Common、SDK]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【连麦】支持sip嘉宾连麦 [SDK]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【连麦】支持sip嘉宾连麦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【开播】修复横屏开播异常退出后，恢复直播会变成竖屏开播的问题 [Scenes]</w:t>
      </w:r>
    </w:p>
    <w:p>
      <w:pPr>
        <w:pStyle w:val="Heading2"/>
      </w:pPr>
      <w:r>
        <w:t>互动学堂场景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【UX】修复一段时间不操作后自动息屏的问题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【UI】优化学生端接收到的广播弹窗 [Scenes]</w:t>
      </w:r>
    </w:p>
    <w:p>
      <w:pPr>
        <w:pStyle w:val="Heading2"/>
      </w:pPr>
      <w:r>
        <w:t>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[Common、SDK]</w:t>
      </w:r>
    </w:p>
    <w:p>
      <w:pPr>
        <w:pStyle w:val="Heading1"/>
      </w:pPr>
      <w:r>
        <w:t>[v1.7.2] - 2021-11-08</w:t>
      </w:r>
    </w:p>
    <w:p>
      <w:pPr>
        <w:pStyle w:val="Heading2"/>
      </w:pPr>
      <w:r>
        <w:t>【观看端（云课堂）场景】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【登录】强化唯一登录判断，避免重复登录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【连麦】修复无延迟连麦结束后未关闭摄像头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【PPT】PPT接口调用优化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【连麦】优化连麦列表请求逻辑 [SDK、Common]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【网络】提升观看端在手机开播断网重连之后的稳定性 [Common、Scenes]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【聊天室】修复历史聊天记录概率缺失 [SDK、Common]</w:t>
      </w:r>
    </w:p>
    <w:p>
      <w:pPr>
        <w:pStyle w:val="Heading2"/>
      </w:pPr>
      <w:r>
        <w:t>【观看端（直播带货）场景】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【网络】提升观看端在手机开播断网重连之后的稳定性 [Common、Scenes]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【跑马灯】移除默认设置显示的跑马灯 [Scenes]</w:t>
      </w:r>
    </w:p>
    <w:p>
      <w:pPr>
        <w:pStyle w:val="Heading2"/>
      </w:pPr>
      <w:r>
        <w:t>【互动学堂场景】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1.【分组】支持分组功能 [SDK、Scenes]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1.【画笔】收回画笔权限时保持摄像头画面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2.【成员列表】修复成员列表举手gif点击可以打开成员列表 [Scenes]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【开播】修复竖屏开播在恢复直播后自动切换为横屏模式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1.【日志】优化日志收集开关可控制，debug模式打开本地日志，release模式关闭本地日志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2"/>
      </w:pPr>
      <w:r>
        <w:t>【升级方式】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'net.polyv.android:polyvSDKLiveScenes:1.7.2'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进行demo的代码升级。</w:t>
      </w:r>
    </w:p>
    <w:p>
      <w:pPr>
        <w:pStyle w:val="Heading1"/>
      </w:pPr>
      <w:r>
        <w:t>[v1.7.1] - 2021-11-01</w:t>
      </w:r>
    </w:p>
    <w:p>
      <w:pPr>
        <w:pStyle w:val="Heading2"/>
      </w:pPr>
      <w:r>
        <w:t>观看端（云课堂）场景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【UI】优化无延迟频道第一画面切换逻辑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【跑马灯】移除默认设置显示的跑马灯 [Scenes]</w:t>
      </w:r>
    </w:p>
    <w:p>
      <w:pPr>
        <w:pStyle w:val="Heading2"/>
      </w:pPr>
      <w:r>
        <w:t>观看端（直播带货）场景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【UI】优化部分视图的显示逻辑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【跑马灯】移除默认设置显示的跑马灯 [Scenes]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【开播】支持在异常退出后继续恢复直播 [Scenes、Common、SDK]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【开播】支持横屏开播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【开播】支持在异常退出后继续恢复直播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'net.polyv.android:polyvSDKLiveScenes:1.7.1'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进行demo的代码升级。</w:t>
      </w:r>
    </w:p>
    <w:p>
      <w:pPr>
        <w:pStyle w:val="Heading1"/>
      </w:pPr>
      <w:r>
        <w:t>[v1.7.0] - 2021-10-21</w:t>
      </w:r>
    </w:p>
    <w:p>
      <w:pPr>
        <w:pStyle w:val="Heading2"/>
      </w:pPr>
      <w:r>
        <w:t>互动学堂场景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新增互动学堂场景[Scenes、Common、SDK]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互动学堂是一款具备强互动性的在线直播App，支持老师/学生两个角色使用。学生可随时上麦与老师交流，互动白板、协同画笔工具、PPT文档、聊天室互动等，多样的形式展示课堂内容。</w:t>
      </w:r>
    </w:p>
    <w:p>
      <w:pPr>
        <w:pStyle w:val="Heading2"/>
      </w:pPr>
      <w:r>
        <w:t>观看端场景、开播端场景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部分代码逻辑进行优化[Scenes、Common、SDK]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进行demo的代码升级。</w:t>
      </w:r>
    </w:p>
    <w:p>
      <w:pPr>
        <w:pStyle w:val="Heading1"/>
      </w:pPr>
      <w:r>
        <w:t>[v1.6.3] - 2021-10-14</w:t>
      </w:r>
    </w:p>
    <w:p>
      <w:pPr>
        <w:pStyle w:val="Heading2"/>
      </w:pPr>
      <w:r>
        <w:t>观看端场景（云课堂、直播带货）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【观看】支持仅音频观看模式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【跑马灯】优化跑马灯代码逻辑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【观看】优化踢出事件响应逻辑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【日志】优化观看日志统计逻辑 [SDK]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【开播】支持音频开播模式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【开播】优化踢出事件响应逻辑 [Scenes]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【开播】优化踢出事件响应逻辑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'net.polyv.android:polyvSDKLiveScenes:1.6.3'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进行demo的代码升级。</w:t>
      </w:r>
    </w:p>
    <w:p>
      <w:pPr>
        <w:pStyle w:val="Heading1"/>
      </w:pPr>
      <w:r>
        <w:t>[v1.6.0-bugfix1] - 2021-09-17</w:t>
      </w:r>
    </w:p>
    <w:p>
      <w:pPr>
        <w:pStyle w:val="Heading2"/>
      </w:pPr>
      <w:r>
        <w:t>手机开播场景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【开播】修复非无延迟场景下，嘉宾退出登录导致观看端短暂断开问题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本次更新只需要更新SDK版本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'net.polyv.android:polyvSDKLiveScenes:1.6.0-bugfix1'</w:t>
      </w:r>
    </w:p>
    <w:p>
      <w:pPr>
        <w:pStyle w:val="Heading1"/>
      </w:pPr>
      <w:r>
        <w:t>[v1.6.0] - 2021-09-08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【开播】手机开播支持嘉宾登录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【文档】修复偶现上传文档选择文件后崩溃的问题 [Common]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【开播】手机开播支持嘉宾登录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【连麦】修复讲师端操作重复给观众上下麦，讲师端黑屏的问题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 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'net.polyv.android:polyvSDKLiveScenes:1.6.0'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进行demo的代码升级。</w:t>
      </w:r>
    </w:p>
    <w:p>
      <w:pPr>
        <w:pStyle w:val="Heading1"/>
      </w:pPr>
      <w:r>
        <w:t>[v1.5.3] - 2021-07-28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1.【聊天室】emoji 表情升级，新增个性表情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2.【RTC】RTC观看增加网络状态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3.【RTC】直播观看响应全体静音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1.【其他】Android-gif-Drawable 库升级到1.2.23，相关封装代码迁移到Common层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1.【RTC】修复多场景观看连麦空指针异常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2.【聊天室】对齐获取聊天室信息接口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1.【其他】Android-gif-Drawable 库升级到1.2.23，相关封装代码迁移到Common层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1.【聊天室】对齐获取聊天室信息接口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1.【聊天室】emoji 表情升级，新增个性表情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1.【其他】Android-gif-Drawable 库升级到1.2.23，相关封装代码迁移到Common层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2.【聊天室】优化违规图片交互，更新占位图显示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1.【RTC】修复多场景观看连麦空指针异常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2.【聊天室】对齐获取聊天室信息接口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1.【聊天室】emoji 表情升级，新增个性表情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2.【文档】文档列表添加刷新功能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1.【其他】Android-gif-Drawable 库升级到1.2.23，相关封装代码迁移到Common层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2.【聊天室】优化违规图片交互，更新占位图显示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1.【RTC】修复多场景观看连麦空指针异常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2.【聊天室】对齐获取聊天室信息接口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------------------------------------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项目级别build.gradle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'net.polyv.android:polyvSDKLiveScenes:1.5.3'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[v1.5.2] - 2021-07-13</w:t>
      </w:r>
    </w:p>
    <w:p>
      <w:pPr>
        <w:pStyle w:val="Heading2"/>
      </w:pPr>
      <w:r>
        <w:t>优化与修复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【Common】纯视频开播打赏字体在部分机型上显示异常。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【SDK】旁路推流兼容网页观看端mute视频发黑帧的情况。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【SDK】纯视频开播底层引擎兼容全频道发起开播（支持无延迟开播）。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项目级别build.gradle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'net.polyv.android:polyvSDKLiveScenes:1.5.2'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[v1.5.1.1] - 2021-07-02</w:t>
      </w:r>
    </w:p>
    <w:p>
      <w:pPr>
        <w:pStyle w:val="Heading3"/>
      </w:pPr>
      <w:r>
        <w:t>优化与修复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修复弹幕在高帧率手机中出现多次重复出现问题。[Scene、Common]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优化动态权限为使用时申请，无延迟直播间由于特性原因直播开始后自动申请权限。[Scene]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优化回放播放视频，断点续播功能。[SDK]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修复由于httpdns导致视频加载失败的问题。[SDK]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'net.polyv.android:polyvSDKLiveScenes:1.5.1.1'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[v1.5.0] - 2021-06-22</w:t>
      </w:r>
    </w:p>
    <w:p>
      <w:pPr>
        <w:pStyle w:val="Heading2"/>
      </w:pPr>
      <w:r>
        <w:t>【手机开播场景】</w:t>
      </w:r>
    </w:p>
    <w:p>
      <w:pPr>
        <w:pStyle w:val="Heading3"/>
      </w:pPr>
      <w: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支持纯视频场景。[Scene、Common、SDK]</w:t>
      </w:r>
    </w:p>
    <w:p>
      <w:pPr>
        <w:pStyle w:val="Heading3"/>
      </w:pPr>
      <w:r>
        <w:t>优化与修复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修复文件名带中文的文档不能上传的问题。[Scene]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修复部分频道停止推流后仍在直播中的问题。[SDK]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修复部分已知问题。[Scene、Common、SDK]</w:t>
      </w:r>
    </w:p>
    <w:p>
      <w:pPr>
        <w:pStyle w:val="Heading2"/>
      </w:pPr>
      <w:r>
        <w:t>【云课堂场景】</w:t>
      </w:r>
    </w:p>
    <w:p>
      <w:pPr>
        <w:pStyle w:val="Heading3"/>
      </w:pPr>
      <w:r>
        <w:t>优化与修复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修复暖场图片未能铺满整个播放器的问题。[Scene、Common]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支持横屏时同步隐藏弹幕和聊天室。[Scene]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修复可能引起的崩溃问题。[SDK]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自1.5.0起SDK迁移至阿里云效仓库，需要配置阿里云效仓库源地址。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项目级别build.gradle</w:t>
        <w:br/>
        <w:t>allprojects {</w:t>
        <w:br/>
        <w:t xml:space="preserve">    repositories {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'net.polyv.android:polyvSDKLiveScenes:1.5.0'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[v1.4.2] - 2021-05-14</w:t>
      </w:r>
    </w:p>
    <w:p>
      <w:pPr>
        <w:pStyle w:val="Heading2"/>
      </w:pPr>
      <w:r>
        <w:t>【手机开播场景】</w:t>
      </w:r>
    </w:p>
    <w:p>
      <w:pPr>
        <w:pStyle w:val="Heading3"/>
      </w:pPr>
      <w: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支持PRTC。[SDK]</w:t>
      </w:r>
    </w:p>
    <w:p>
      <w:pPr>
        <w:pStyle w:val="Heading2"/>
      </w:pPr>
      <w:r>
        <w:t>【云课堂场景】</w:t>
      </w:r>
    </w:p>
    <w:p>
      <w:pPr>
        <w:pStyle w:val="Heading3"/>
      </w:pPr>
      <w:r>
        <w:t>优化与修复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修复ConstraintLayout较高版本会出现直播黑屏的兼容问题。[Demo]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修复部分机型输入法导致的兼容问题。[Demo]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'net.polyv.android:polyvSDKLiveScenes:1.4.2'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[v1.4.1] - 2021-05-05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 xml:space="preserve"> bintray 停服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导致历史版本依赖将不可使用。此版本起更新sdk迁移至 MavenCentral，旧版本用户请升级至v1.4.1+。建议同步升级Demo层。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更新SDK版本。需增加MavenCentral源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//打开项目级别根目录的 build.gradle，补充MavenCentral源地址</w:t>
        <w:br/>
        <w:t>allprojects {</w:t>
        <w:br/>
        <w:t xml:space="preserve">    repositories {</w:t>
        <w:br/>
        <w:t xml:space="preserve">        //...省略</w:t>
        <w:br/>
        <w:t xml:space="preserve">        //mavenCentral 源</w:t>
        <w:br/>
        <w:t xml:space="preserve">        mavenCentral()</w:t>
        <w:br/>
        <w:t xml:space="preserve">        //阿里云效关于central的镜像</w:t>
        <w:br/>
        <w:t xml:space="preserve">        maven{</w:t>
        <w:br/>
        <w:t xml:space="preserve">            url 'https://maven.aliyun.com/repository/central'</w:t>
        <w:br/>
        <w:t xml:space="preserve">        }</w:t>
        <w:br/>
        <w:t xml:space="preserve">    }</w:t>
        <w:br/>
        <w:t>}</w:t>
        <w:br/>
        <w:br/>
        <w:t>//打开 polyvLiveCommonModul/build.gradle 文件，修改对应依赖</w:t>
        <w:br/>
        <w:t>dependencies {</w:t>
        <w:br/>
        <w:t xml:space="preserve">    //...</w:t>
        <w:br/>
        <w:t xml:space="preserve">    //旧版本废弃</w:t>
        <w:br/>
        <w:t xml:space="preserve">    //api 'com.easefun.polyv:polyvSDKLiveScenes:1.4.0'</w:t>
        <w:br/>
        <w:t xml:space="preserve">    //注意1.4.1起依赖的groupId已经变更，请整个依赖复制粘贴修改，勿只修改版本号</w:t>
        <w:br/>
        <w:t xml:space="preserve">    api ('net.polyv.android:polyvSDKLiveScenes:1.4.1')</w:t>
        <w:br/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[v1.4.0] - 2021-04-22</w:t>
      </w:r>
    </w:p>
    <w:p>
      <w:pPr>
        <w:pStyle w:val="Heading2"/>
      </w:pPr>
      <w:r>
        <w:t>【手机开播场景】</w:t>
      </w:r>
    </w:p>
    <w:p>
      <w:pPr>
        <w:pStyle w:val="Heading3"/>
      </w:pPr>
      <w: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手机开播场景。[Scene、Common、SDK]</w:t>
      </w:r>
    </w:p>
    <w:p>
      <w:pPr>
        <w:pStyle w:val="Heading2"/>
      </w:pPr>
      <w:r>
        <w:t>【云课堂场景】</w:t>
      </w:r>
    </w:p>
    <w:p>
      <w:pPr>
        <w:pStyle w:val="Heading3"/>
      </w:pPr>
      <w:r>
        <w:t>优化与修复: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【播放器】优化RTC统计逻辑。[SDK]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修复部分崩溃问题，修复部分UI表现异常问题。[Scene]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'com.easefun.polyv:polyvSDKLiveScenes:1.4.0'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[v1.3.0] - 2021-04-20</w:t>
      </w:r>
    </w:p>
    <w:p>
      <w:pPr>
        <w:pStyle w:val="Heading2"/>
      </w:pPr>
      <w:r>
        <w:t>【云课堂场景】</w:t>
      </w:r>
    </w:p>
    <w:p>
      <w:pPr>
        <w:pStyle w:val="Heading3"/>
      </w:pPr>
      <w: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完善PRTC能力。[Scene、Common、SDK]</w:t>
      </w:r>
    </w:p>
    <w:p>
      <w:pPr>
        <w:pStyle w:val="Heading3"/>
      </w:pPr>
      <w:r>
        <w:t>优化与修复: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入口默认改为三参，可直接设置学员头像跳转。[Scene]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【播放器】优化RTC统计逻辑。[SDK]</w:t>
      </w:r>
    </w:p>
    <w:p>
      <w:pPr>
        <w:pStyle w:val="Heading2"/>
      </w:pPr>
      <w:r>
        <w:t>【SDK】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升级阿里Httpdns版本至2.0.1。[SDK]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修复SDK已知问题。[SDK]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自多场景v1.3.0开始，正式支持Androidx。切换到[Androidx](https://github.com/polyv/polyv-android-livescenes-sdk-demo/tree/androidx)分支，即可集成。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'com.easefun.polyv:polyvSDKLiveScenes:1.3.0'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[v1.2.3] - 2021-04-20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【播放器】优化RTC统计逻辑。[SDK]</w:t>
      </w:r>
    </w:p>
    <w:p>
      <w:pPr>
        <w:pStyle w:val="Heading3"/>
      </w:pPr>
      <w:r>
        <w:t>升级必要性说明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1.2.3版本，针对RTC场景（如 连麦场景、无延迟观看场景）进行了统计逻辑优化。主要提高统计的及时性、精确性。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【强烈推荐】各版本的SDK用户，进行升级更新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在升级成本上，1.2.0+的SDK用户升级至1.2.3版本，工作量成本较小，具体可见以下的“升级方法”。</w:t>
      </w:r>
    </w:p>
    <w:p>
      <w:pPr>
        <w:pStyle w:val="Heading3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1.2.2 升级至 1.2.3，【无需】更新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其他版本（1.2.0、1.2.1）升级至 1.2.3，【建议】更新 Demo 层源码 （推荐更新，但可选择不更新；评估请见各版本升级内容）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1.2.0）升级至 1.2.4，【必需】更新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build.gradle 文件中语句，可更新为：</w:t>
      </w:r>
      <w:r>
        <w:rPr>
          <w:rFonts w:ascii="Menlo" w:hAnsi="Menlo"/>
          <w:color w:val="444444"/>
          <w:sz w:val="20"/>
        </w:rPr>
        <w:t>api 'com.easefun.polyv:polyvSDKLiveScenes:1.2.3'</w:t>
      </w:r>
    </w:p>
    <w:p>
      <w:pPr>
        <w:pStyle w:val="Heading1"/>
      </w:pPr>
      <w:r>
        <w:t>[v1.2.2] - 2021-03-18</w:t>
      </w:r>
    </w:p>
    <w:p>
      <w:pPr>
        <w:pStyle w:val="Heading2"/>
      </w:pPr>
      <w:r>
        <w:t>【云课堂场景】</w:t>
      </w:r>
    </w:p>
    <w:p>
      <w:pPr>
        <w:pStyle w:val="Heading3"/>
      </w:pPr>
      <w: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优化了无延迟直播时视频画面被剪裁的问题，改为等比缩放。[Demo][SDK]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优化了部分机型在无延迟观看时无法调节音量的问题。[Demo]</w:t>
      </w:r>
    </w:p>
    <w:p>
      <w:pPr>
        <w:pStyle w:val="Heading3"/>
      </w:pPr>
      <w:r>
        <w:t>修复bug: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修复部分andorid 5.0 手机上的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异常</w:t>
      </w:r>
      <w:r>
        <w:rPr>
          <w:rFonts w:ascii="Source Han Sans SC" w:hAnsi="Source Han Sans SC" w:eastAsia="Source Han Sans SC" w:cs="Source Han Sans SC" w:hint="eastAsia"/>
          <w:sz w:val="21"/>
        </w:rPr>
        <w:t>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修复无延迟观看时，退出直播间，前台服务没有关闭的bug。[Demo]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修复android 11手机出现的Toast.getView引起的空指针异常。[SDK]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修复偶现的聊天室空指针，加了空指针保护。[Demo]</w:t>
      </w:r>
    </w:p>
    <w:p>
      <w:pPr>
        <w:pStyle w:val="Heading2"/>
      </w:pPr>
      <w:r>
        <w:t>升级方式：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更新SDK版本。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'com.easefun.polyv:polyvSDKLiveScenes:1.2.2'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 commit diff</w:t>
      </w:r>
      <w:r>
        <w:rPr>
          <w:rFonts w:ascii="Source Han Sans SC" w:hAnsi="Source Han Sans SC" w:eastAsia="Source Han Sans SC" w:cs="Source Han Sans SC" w:hint="eastAsia"/>
          <w:sz w:val="21"/>
        </w:rPr>
        <w:t>进行demo的代码升级。</w:t>
      </w:r>
    </w:p>
    <w:p>
      <w:pPr>
        <w:pStyle w:val="Heading1"/>
      </w:pPr>
      <w:r>
        <w:t>[v1.2.1] - 2021-03-02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【直播】修复无延迟纯视频场景，视频全屏时没有居中的问题[Demo]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1.从 1.2.0 升级至 1.2.1，【必需】更新 Demo 层源码</w:t>
      </w:r>
    </w:p>
    <w:p>
      <w:pPr>
        <w:pStyle w:val="Heading1"/>
      </w:pPr>
      <w:r>
        <w:t>[v1.2.0] - 2021-01-29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【直播】支持无延迟观看（观众只订阅讲师）[Demo、SDK]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1.【UI】优化UI细节调整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2.【直播】修复片头广告播放结束后，卡顿在倒计时为0问题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1.【互动】支持互动应用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1.【UI】优化UI细节调整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2.【直播】修复sdk已知问题，优化内存使用[Demo、SDK]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 UA 的 pid 与日志的 pid 不一致的问题[SDK]</w:t>
      </w:r>
    </w:p>
    <w:p>
      <w:pPr>
        <w:pStyle w:val="Heading2"/>
      </w:pPr>
      <w:r>
        <w:t>升级方式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1.从 1.1.0 升级至 1.2.0，【必需】更新 Demo 层源码</w:t>
      </w:r>
    </w:p>
    <w:p>
      <w:pPr>
        <w:pStyle w:val="Heading1"/>
      </w:pPr>
      <w:r>
        <w:t>[v1.1.0] - 2021-01-07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1.【频道】支持观看 “普通直播” 频道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2.【播放器】支持Logo功能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3.【连麦】完善连麦统计参数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1.【直播】HttpDNS用法优化[SDK]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2.【直播】首次进入页面响应主副屏状态[Demo]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1.【播放器】支持小窗播放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2.【播放器】支持双击暂停/单击播放、片头广告、播放器Logo [Demo]</w:t>
      </w:r>
    </w:p>
    <w:p>
      <w:pPr>
        <w:pStyle w:val="Heading2"/>
      </w:pPr>
      <w:r>
        <w:t>升级方式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1.从 1.0.1 升级至 1.1.0，【必需】更新 Demo 层源码</w:t>
      </w:r>
    </w:p>
    <w:p>
      <w:pPr>
        <w:pStyle w:val="Heading1"/>
      </w:pPr>
      <w:r>
        <w:t>v1.0.1 - 2020-12-07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发布 1.0.1 版本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CHANGELOG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