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7 9-核心common-开播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MVP模式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 Presenter实现逻辑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2.1.1 初始化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2.1.2 注册mvp-view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SDK核心类介绍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创建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 初始化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3.3 设置监听器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3.4 推流控制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3.5 销毁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开播场景的推流和连麦模块位于</w:t>
      </w:r>
      <w:r>
        <w:rPr>
          <w:rFonts w:ascii="Menlo" w:hAnsi="Menlo"/>
          <w:color w:val="444444"/>
          <w:sz w:val="20"/>
        </w:rPr>
        <w:t>polyvLiveCommonModul</w:t>
      </w:r>
      <w:r>
        <w:rPr>
          <w:rFonts w:ascii="Source Han Sans SC" w:hAnsi="Source Han Sans SC" w:eastAsia="Source Han Sans SC" w:cs="Source Han Sans SC" w:hint="eastAsia"/>
          <w:sz w:val="21"/>
        </w:rPr>
        <w:t>模块的</w:t>
      </w:r>
      <w:r>
        <w:rPr>
          <w:rFonts w:ascii="Menlo" w:hAnsi="Menlo"/>
          <w:color w:val="444444"/>
          <w:sz w:val="20"/>
        </w:rPr>
        <w:t>streamer</w:t>
      </w:r>
      <w:r>
        <w:rPr>
          <w:rFonts w:ascii="Source Han Sans SC" w:hAnsi="Source Han Sans SC" w:eastAsia="Source Han Sans SC" w:cs="Source Han Sans SC" w:hint="eastAsia"/>
          <w:sz w:val="21"/>
        </w:rPr>
        <w:t>包下，推流和连麦的信息接收和发送依赖于socket，即要用</w:t>
      </w:r>
      <w:r>
        <w:rPr>
          <w:rFonts w:ascii="Menlo" w:hAnsi="Menlo"/>
          <w:color w:val="444444"/>
          <w:sz w:val="20"/>
        </w:rPr>
        <w:t>PLVSocketLoginManager</w:t>
      </w:r>
      <w:r>
        <w:rPr>
          <w:rFonts w:ascii="Source Han Sans SC" w:hAnsi="Source Han Sans SC" w:eastAsia="Source Han Sans SC" w:cs="Source Han Sans SC" w:hint="eastAsia"/>
          <w:sz w:val="21"/>
        </w:rPr>
        <w:t>完成登录后，才能正常地使用推流和连麦的功能。推流和连麦模块采用mvp设计模式，将view层的和model层分离，将多个场景中对推流和连麦的demo调用的共用代码抽离封装到presenter层中，使页面的view层的逻辑变得简洁，封装的presenter层负责</w:t>
      </w:r>
      <w:r>
        <w:rPr>
          <w:rFonts w:ascii="Menlo" w:hAnsi="Menlo"/>
          <w:color w:val="444444"/>
          <w:sz w:val="20"/>
        </w:rPr>
        <w:t>streamerManager</w:t>
      </w:r>
      <w:r>
        <w:rPr>
          <w:rFonts w:ascii="Source Han Sans SC" w:hAnsi="Source Han Sans SC" w:eastAsia="Source Han Sans SC" w:cs="Source Han Sans SC" w:hint="eastAsia"/>
          <w:sz w:val="21"/>
        </w:rPr>
        <w:t>的调用以及通知view层更新UI。</w:t>
      </w:r>
    </w:p>
    <w:p>
      <w:pPr>
        <w:pStyle w:val="Heading2"/>
      </w:pPr>
      <w:r>
        <w:t>2 MVP模式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推流和连麦的mvp模式是用</w:t>
      </w:r>
      <w:r>
        <w:rPr>
          <w:rFonts w:ascii="Menlo" w:hAnsi="Menlo"/>
          <w:color w:val="444444"/>
          <w:sz w:val="20"/>
        </w:rPr>
        <w:t>IPLVStreamerContract</w:t>
      </w:r>
      <w:r>
        <w:rPr>
          <w:rFonts w:ascii="Source Han Sans SC" w:hAnsi="Source Han Sans SC" w:eastAsia="Source Han Sans SC" w:cs="Source Han Sans SC" w:hint="eastAsia"/>
          <w:sz w:val="21"/>
        </w:rPr>
        <w:t>作为契约类，内部定义了推流和连麦的mvp-view接口</w:t>
      </w:r>
      <w:r>
        <w:rPr>
          <w:rFonts w:ascii="Menlo" w:hAnsi="Menlo"/>
          <w:color w:val="444444"/>
          <w:sz w:val="20"/>
        </w:rPr>
        <w:t>IStreamerView</w:t>
      </w:r>
      <w:r>
        <w:rPr>
          <w:rFonts w:ascii="Source Han Sans SC" w:hAnsi="Source Han Sans SC" w:eastAsia="Source Han Sans SC" w:cs="Source Han Sans SC" w:hint="eastAsia"/>
          <w:sz w:val="21"/>
        </w:rPr>
        <w:t>，以及推流和连麦的mvp-presenter接口</w:t>
      </w:r>
      <w:r>
        <w:rPr>
          <w:rFonts w:ascii="Menlo" w:hAnsi="Menlo"/>
          <w:color w:val="444444"/>
          <w:sz w:val="20"/>
        </w:rPr>
        <w:t>IStreamerPresnter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interface IPLVStreamerContract {</w:t>
        <w:br/>
        <w:br/>
        <w:t xml:space="preserve">    // &lt;editor-fold defaultstate="collapsed" desc="1、mvp-推流和连麦view层接口"&gt;</w:t>
        <w:br/>
        <w:br/>
        <w:t xml:space="preserve">    /**</w:t>
        <w:br/>
        <w:t xml:space="preserve">     * mvp-推流和连麦view层接口</w:t>
        <w:br/>
        <w:t xml:space="preserve">     */</w:t>
        <w:br/>
        <w:t xml:space="preserve">    interface IStreamerView {</w:t>
        <w:br/>
        <w:t xml:space="preserve">        /**</w:t>
        <w:br/>
        <w:t xml:space="preserve">         * 设置presenter后的回调</w:t>
        <w:br/>
        <w:t xml:space="preserve">         */</w:t>
        <w:br/>
        <w:t xml:space="preserve">        void setPresenter(@NonNull IStreamerPresenter presenter);</w:t>
        <w:br/>
        <w:br/>
        <w:t xml:space="preserve">        /**</w:t>
        <w:br/>
        <w:t xml:space="preserve">         * 推流引擎创建成功，View层应创建连麦适配器和初始化连麦布局</w:t>
        <w:br/>
        <w:t xml:space="preserve">         *</w:t>
        <w:br/>
        <w:t xml:space="preserve">         * @param linkMicUid  我的连麦id</w:t>
        <w:br/>
        <w:t xml:space="preserve">         * @param linkMicList 连麦列表。在实现中，要用该列表去渲染</w:t>
        <w:br/>
        <w:t xml:space="preserve">         */</w:t>
        <w:br/>
        <w:t xml:space="preserve">        void onStreamerEngineCreatedSuccess(String linkMicUid, List&lt;PLVLinkMicItemDataBean&gt; linkMicList);</w:t>
        <w:br/>
        <w:br/>
        <w:t xml:space="preserve">        /**</w:t>
        <w:br/>
        <w:t xml:space="preserve">         * 响应用户开关视频</w:t>
        <w:br/>
        <w:t xml:space="preserve">         *</w:t>
        <w:br/>
        <w:t xml:space="preserve">         * @param uid             用户id</w:t>
        <w:br/>
        <w:t xml:space="preserve">         * @param mute            true表示关闭视频，false表示开启视频</w:t>
        <w:br/>
        <w:t xml:space="preserve">         * @param streamerListPos 推流和连麦列表中的位置</w:t>
        <w:br/>
        <w:t xml:space="preserve">         * @param memberListPos   成员列表中的位置</w:t>
        <w:br/>
        <w:t xml:space="preserve">         */</w:t>
        <w:br/>
        <w:t xml:space="preserve">        void onUserMuteVideo(final String uid, final boolean mute, int streamerListPos, int memberListPos);</w:t>
        <w:br/>
        <w:br/>
        <w:t xml:space="preserve">        /**</w:t>
        <w:br/>
        <w:t xml:space="preserve">         * 响应用户开关音频</w:t>
        <w:br/>
        <w:t xml:space="preserve">         *</w:t>
        <w:br/>
        <w:t xml:space="preserve">         * @param uid             用户id</w:t>
        <w:br/>
        <w:t xml:space="preserve">         * @param mute            true表示关闭音频，false表示开启音频</w:t>
        <w:br/>
        <w:t xml:space="preserve">         * @param streamerListPos 列表中的位置</w:t>
        <w:br/>
        <w:t xml:space="preserve">         * @param memberListPos   成员列表中的位置</w:t>
        <w:br/>
        <w:t xml:space="preserve">         */</w:t>
        <w:br/>
        <w:t xml:space="preserve">        void onUserMuteAudio(final String uid, final boolean mute, int streamerListPos, int memberListPos);</w:t>
        <w:br/>
        <w:br/>
        <w:t xml:space="preserve">        /**</w:t>
        <w:br/>
        <w:t xml:space="preserve">         * 响应本地用户麦克风音量变化</w:t>
        <w:br/>
        <w:t xml:space="preserve">         */</w:t>
        <w:br/>
        <w:t xml:space="preserve">        void onLocalUserMicVolumeChanged();</w:t>
        <w:br/>
        <w:br/>
        <w:t xml:space="preserve">        /**</w:t>
        <w:br/>
        <w:t xml:space="preserve">         * 响应远端用户麦克风音量变化</w:t>
        <w:br/>
        <w:t xml:space="preserve">         */</w:t>
        <w:br/>
        <w:t xml:space="preserve">        void onRemoteUserVolumeChanged(List&lt;PLVMemberItemDataBean&gt; linkMicList);</w:t>
        <w:br/>
        <w:br/>
        <w:t xml:space="preserve">        /**</w:t>
        <w:br/>
        <w:t xml:space="preserve">         * 响应用户加入连麦频道</w:t>
        <w:br/>
        <w:t xml:space="preserve">         *</w:t>
        <w:br/>
        <w:t xml:space="preserve">         * @param uids</w:t>
        <w:br/>
        <w:t xml:space="preserve">         */</w:t>
        <w:br/>
        <w:t xml:space="preserve">        void onUsersJoin(List&lt;String&gt; uids);</w:t>
        <w:br/>
        <w:br/>
        <w:t xml:space="preserve">        /**</w:t>
        <w:br/>
        <w:t xml:space="preserve">         * 响应用户离开连麦频道</w:t>
        <w:br/>
        <w:t xml:space="preserve">         *</w:t>
        <w:br/>
        <w:t xml:space="preserve">         * @param uids</w:t>
        <w:br/>
        <w:t xml:space="preserve">         */</w:t>
        <w:br/>
        <w:t xml:space="preserve">        void onUsersLeave(List&lt;String&gt; uids);</w:t>
        <w:br/>
        <w:br/>
        <w:t xml:space="preserve">        /**</w:t>
        <w:br/>
        <w:t xml:space="preserve">         * 推流网络变化</w:t>
        <w:br/>
        <w:t xml:space="preserve">         *</w:t>
        <w:br/>
        <w:t xml:space="preserve">         * @param quality 网络状态常量</w:t>
        <w:br/>
        <w:t xml:space="preserve">         */</w:t>
        <w:br/>
        <w:t xml:space="preserve">        void onNetworkQuality(int quality);</w:t>
        <w:br/>
        <w:br/>
        <w:t xml:space="preserve">        /**</w:t>
        <w:br/>
        <w:t xml:space="preserve">         * 更新推流时间</w:t>
        <w:br/>
        <w:t xml:space="preserve">         *</w:t>
        <w:br/>
        <w:t xml:space="preserve">         * @param secondsSinceStartTiming 推流时间，单位：秒</w:t>
        <w:br/>
        <w:t xml:space="preserve">         */</w:t>
        <w:br/>
        <w:t xml:space="preserve">        void onUpdateStreamerTime(int secondsSinceStartTiming);</w:t>
        <w:br/>
        <w:br/>
        <w:t xml:space="preserve">        /**</w:t>
        <w:br/>
        <w:t xml:space="preserve">         * 因断网延迟20s断流</w:t>
        <w:br/>
        <w:t xml:space="preserve">         */</w:t>
        <w:br/>
        <w:t xml:space="preserve">        void onShowNetBroken();</w:t>
        <w:br/>
        <w:br/>
        <w:t xml:space="preserve">        /**</w:t>
        <w:br/>
        <w:t xml:space="preserve">         * 当前为结束推流状态</w:t>
        <w:br/>
        <w:t xml:space="preserve">         */</w:t>
        <w:br/>
        <w:t xml:space="preserve">        void onStatesToStreamEnded();</w:t>
        <w:br/>
        <w:br/>
        <w:t xml:space="preserve">        /**</w:t>
        <w:br/>
        <w:t xml:space="preserve">         * 当前为成功推流状态</w:t>
        <w:br/>
        <w:t xml:space="preserve">         */</w:t>
        <w:br/>
        <w:t xml:space="preserve">        void onStatesToStreamStarted();</w:t>
        <w:br/>
        <w:br/>
        <w:t xml:space="preserve">        /**</w:t>
        <w:br/>
        <w:t xml:space="preserve">         * 响应推流和连麦错误</w:t>
        <w:br/>
        <w:t xml:space="preserve">         */</w:t>
        <w:br/>
        <w:t xml:space="preserve">        void onStreamerError(int errorCode, Throwable throwable);</w:t>
        <w:br/>
        <w:br/>
        <w:t xml:space="preserve">        /**</w:t>
        <w:br/>
        <w:t xml:space="preserve">         * 更新成员列表数据</w:t>
        <w:br/>
        <w:t xml:space="preserve">         *</w:t>
        <w:br/>
        <w:t xml:space="preserve">         * @param dataBeanList 成员列表。在实现中，要用该列表去渲染</w:t>
        <w:br/>
        <w:t xml:space="preserve">         */</w:t>
        <w:br/>
        <w:t xml:space="preserve">        void onUpdateMemberListData(List&lt;PLVMemberItemDataBean&gt; dataBeanList);</w:t>
        <w:br/>
        <w:br/>
        <w:t xml:space="preserve">        /**</w:t>
        <w:br/>
        <w:t xml:space="preserve">         * 相机方向改变</w:t>
        <w:br/>
        <w:t xml:space="preserve">         *</w:t>
        <w:br/>
        <w:t xml:space="preserve">         * @param front true：前置，false：后置</w:t>
        <w:br/>
        <w:t xml:space="preserve">         * @param pos   成员列表中的位置</w:t>
        <w:br/>
        <w:t xml:space="preserve">         */</w:t>
        <w:br/>
        <w:t xml:space="preserve">        void onCameraDirection(boolean front, int pos);</w:t>
        <w:br/>
        <w:br/>
        <w:t xml:space="preserve">        /**</w:t>
        <w:br/>
        <w:t xml:space="preserve">         * 更新成员列表中的socket用户信息</w:t>
        <w:br/>
        <w:t xml:space="preserve">         *</w:t>
        <w:br/>
        <w:t xml:space="preserve">         * @param pos 成员列表中的位置</w:t>
        <w:br/>
        <w:t xml:space="preserve">         */</w:t>
        <w:br/>
        <w:t xml:space="preserve">        void onUpdateSocketUserData(int pos);</w:t>
        <w:br/>
        <w:br/>
        <w:t xml:space="preserve">        /**</w:t>
        <w:br/>
        <w:t xml:space="preserve">         * 添加成员列表数据</w:t>
        <w:br/>
        <w:t xml:space="preserve">         *</w:t>
        <w:br/>
        <w:t xml:space="preserve">         * @param pos 成员列表中的位置</w:t>
        <w:br/>
        <w:t xml:space="preserve">         */</w:t>
        <w:br/>
        <w:t xml:space="preserve">        void onAddMemberListData(int pos);</w:t>
        <w:br/>
        <w:br/>
        <w:t xml:space="preserve">        /**</w:t>
        <w:br/>
        <w:t xml:space="preserve">         * 移除成员列表数据</w:t>
        <w:br/>
        <w:t xml:space="preserve">         *</w:t>
        <w:br/>
        <w:t xml:space="preserve">         * @param pos 成员列表中的位置</w:t>
        <w:br/>
        <w:t xml:space="preserve">         */</w:t>
        <w:br/>
        <w:t xml:space="preserve">        void onRemoveMemberListData(int pos);</w:t>
        <w:br/>
        <w:br/>
        <w:t xml:space="preserve">        /**</w:t>
        <w:br/>
        <w:t xml:space="preserve">         * 达到最大连麦人数的回调，在达到最大连麦人数后再同意用户连麦时触发</w:t>
        <w:br/>
        <w:t xml:space="preserve">         */</w:t>
        <w:br/>
        <w:t xml:space="preserve">        void onReachTheInteractNumLimit();</w:t>
        <w:br/>
        <w:br/>
        <w:t xml:space="preserve">        /**</w:t>
        <w:br/>
        <w:t xml:space="preserve">         * 用户请求连麦触发</w:t>
        <w:br/>
        <w:t xml:space="preserve">         *</w:t>
        <w:br/>
        <w:t xml:space="preserve">         * @param uid 连麦的id</w:t>
        <w:br/>
        <w:t xml:space="preserve">         */</w:t>
        <w:br/>
        <w:t xml:space="preserve">        void onUserRequest(String uid);</w:t>
        <w:br/>
        <w:t xml:space="preserve">    }</w:t>
        <w:br/>
        <w:t xml:space="preserve">    // &lt;/editor-fold&gt;</w:t>
        <w:br/>
        <w:br/>
        <w:t xml:space="preserve">    // &lt;editor-fold defaultstate="collapsed" desc="2、mvp-推流和连麦presenter层接口"&gt;</w:t>
        <w:br/>
        <w:br/>
        <w:t xml:space="preserve">    /**</w:t>
        <w:br/>
        <w:t xml:space="preserve">     * mvp-推流和连麦presenter层接口</w:t>
        <w:br/>
        <w:t xml:space="preserve">     */</w:t>
        <w:br/>
        <w:t xml:space="preserve">    interface IStreamerPresenter {</w:t>
        <w:br/>
        <w:t xml:space="preserve">        /**</w:t>
        <w:br/>
        <w:t xml:space="preserve">         * 注册view，可以注册多个</w:t>
        <w:br/>
        <w:t xml:space="preserve">         */</w:t>
        <w:br/>
        <w:t xml:space="preserve">        void registerView(@NonNull IStreamerView v);</w:t>
        <w:br/>
        <w:br/>
        <w:t xml:space="preserve">        /**</w:t>
        <w:br/>
        <w:t xml:space="preserve">         * 解除注册的view</w:t>
        <w:br/>
        <w:t xml:space="preserve">         */</w:t>
        <w:br/>
        <w:t xml:space="preserve">        void unregisterView(IStreamerView v);</w:t>
        <w:br/>
        <w:br/>
        <w:t xml:space="preserve">        /**</w:t>
        <w:br/>
        <w:t xml:space="preserve">         * 初始化推流和连麦配置</w:t>
        <w:br/>
        <w:t xml:space="preserve">         */</w:t>
        <w:br/>
        <w:t xml:space="preserve">        void init();</w:t>
        <w:br/>
        <w:br/>
        <w:t xml:space="preserve">        /**</w:t>
        <w:br/>
        <w:t xml:space="preserve">         * 获取网络质量</w:t>
        <w:br/>
        <w:t xml:space="preserve">         *</w:t>
        <w:br/>
        <w:t xml:space="preserve">         * @return 网络质量常量</w:t>
        <w:br/>
        <w:t xml:space="preserve">         */</w:t>
        <w:br/>
        <w:t xml:space="preserve">        int getNetworkQuality();</w:t>
        <w:br/>
        <w:br/>
        <w:t xml:space="preserve">        /**</w:t>
        <w:br/>
        <w:t xml:space="preserve">         * 设置推流码率</w:t>
        <w:br/>
        <w:t xml:space="preserve">         *</w:t>
        <w:br/>
        <w:t xml:space="preserve">         * @param bitrate 码率</w:t>
        <w:br/>
        <w:t xml:space="preserve">         */</w:t>
        <w:br/>
        <w:t xml:space="preserve">        void setBitrate(@PLVSStreamerConfig.BitrateType int bitrate);</w:t>
        <w:br/>
        <w:br/>
        <w:t xml:space="preserve">        /**</w:t>
        <w:br/>
        <w:t xml:space="preserve">         * 获取设置的推流码率</w:t>
        <w:br/>
        <w:t xml:space="preserve">         *</w:t>
        <w:br/>
        <w:t xml:space="preserve">         * @return 设置的推流码率</w:t>
        <w:br/>
        <w:t xml:space="preserve">         */</w:t>
        <w:br/>
        <w:t xml:space="preserve">        int getBitrate();</w:t>
        <w:br/>
        <w:br/>
        <w:t xml:space="preserve">        /**</w:t>
        <w:br/>
        <w:t xml:space="preserve">         * 获取最大支持的推流码率</w:t>
        <w:br/>
        <w:t xml:space="preserve">         *</w:t>
        <w:br/>
        <w:t xml:space="preserve">         * @return 最大支持的推流码率</w:t>
        <w:br/>
        <w:t xml:space="preserve">         */</w:t>
        <w:br/>
        <w:t xml:space="preserve">        int getMaxBitrate();</w:t>
        <w:br/>
        <w:br/>
        <w:t xml:space="preserve">        /**</w:t>
        <w:br/>
        <w:t xml:space="preserve">         * 是否允许录制声音</w:t>
        <w:br/>
        <w:t xml:space="preserve">         *</w:t>
        <w:br/>
        <w:t xml:space="preserve">         * @param enable true：允许，false：不允许</w:t>
        <w:br/>
        <w:t xml:space="preserve">         */</w:t>
        <w:br/>
        <w:t xml:space="preserve">        boolean enableRecordingAudioVolume(boolean enable);</w:t>
        <w:br/>
        <w:br/>
        <w:t xml:space="preserve">        /**</w:t>
        <w:br/>
        <w:t xml:space="preserve">         * 是否允许录制视频/打开摄像头</w:t>
        <w:br/>
        <w:t xml:space="preserve">         *</w:t>
        <w:br/>
        <w:t xml:space="preserve">         * @param enable true：允许，false：不允许</w:t>
        <w:br/>
        <w:t xml:space="preserve">         */</w:t>
        <w:br/>
        <w:t xml:space="preserve">        boolean enableLocalVideo(boolean enable);</w:t>
        <w:br/>
        <w:br/>
        <w:t xml:space="preserve">        /**</w:t>
        <w:br/>
        <w:t xml:space="preserve">         * 设置相机方向</w:t>
        <w:br/>
        <w:t xml:space="preserve">         *</w:t>
        <w:br/>
        <w:t xml:space="preserve">         * @param front true：前置，false：后置</w:t>
        <w:br/>
        <w:t xml:space="preserve">         */</w:t>
        <w:br/>
        <w:t xml:space="preserve">        boolean setCameraDirection(boolean front);</w:t>
        <w:br/>
        <w:br/>
        <w:t xml:space="preserve">        /**</w:t>
        <w:br/>
        <w:t xml:space="preserve">         * 创建渲染器</w:t>
        <w:br/>
        <w:t xml:space="preserve">         *</w:t>
        <w:br/>
        <w:t xml:space="preserve">         * @param context 上下文</w:t>
        <w:br/>
        <w:t xml:space="preserve">         * @return 渲染器</w:t>
        <w:br/>
        <w:t xml:space="preserve">         */</w:t>
        <w:br/>
        <w:t xml:space="preserve">        SurfaceView createRenderView(Context context);</w:t>
        <w:br/>
        <w:br/>
        <w:t xml:space="preserve">        /**</w:t>
        <w:br/>
        <w:t xml:space="preserve">         * 为特定的连麦ID的用户设置连麦渲染器</w:t>
        <w:br/>
        <w:t xml:space="preserve">         *</w:t>
        <w:br/>
        <w:t xml:space="preserve">         * @param renderView 渲染器</w:t>
        <w:br/>
        <w:t xml:space="preserve">         * @param linkMicId  连麦ID</w:t>
        <w:br/>
        <w:t xml:space="preserve">         */</w:t>
        <w:br/>
        <w:t xml:space="preserve">        void setupRenderView(SurfaceView renderView, String linkMicId);</w:t>
        <w:br/>
        <w:br/>
        <w:t xml:space="preserve">        /**</w:t>
        <w:br/>
        <w:t xml:space="preserve">         * 开始推流</w:t>
        <w:br/>
        <w:t xml:space="preserve">         */</w:t>
        <w:br/>
        <w:t xml:space="preserve">        void startLiveStream();</w:t>
        <w:br/>
        <w:br/>
        <w:t xml:space="preserve">        /**</w:t>
        <w:br/>
        <w:t xml:space="preserve">         * 停止推流</w:t>
        <w:br/>
        <w:t xml:space="preserve">         */</w:t>
        <w:br/>
        <w:t xml:space="preserve">        void stopLiveStream();</w:t>
        <w:br/>
        <w:br/>
        <w:t xml:space="preserve">        /**</w:t>
        <w:br/>
        <w:t xml:space="preserve">         * 控制成员列表中的用户加入或离开连麦</w:t>
        <w:br/>
        <w:t xml:space="preserve">         *</w:t>
        <w:br/>
        <w:t xml:space="preserve">         * @param position    成员列表中的位置</w:t>
        <w:br/>
        <w:t xml:space="preserve">         * @param isAllowJoin true：加入，false：离开</w:t>
        <w:br/>
        <w:t xml:space="preserve">         */</w:t>
        <w:br/>
        <w:t xml:space="preserve">        void controlUserLinkMic(int position, boolean isAllowJoin);</w:t>
        <w:br/>
        <w:br/>
        <w:t xml:space="preserve">        /**</w:t>
        <w:br/>
        <w:t xml:space="preserve">         * 禁/启用用户媒体</w:t>
        <w:br/>
        <w:t xml:space="preserve">         *</w:t>
        <w:br/>
        <w:t xml:space="preserve">         * @param position    成员列表中的位置</w:t>
        <w:br/>
        <w:t xml:space="preserve">         * @param isVideoType true：视频，false：音频</w:t>
        <w:br/>
        <w:t xml:space="preserve">         * @param isMute      true：禁用，false：启用</w:t>
        <w:br/>
        <w:t xml:space="preserve">         */</w:t>
        <w:br/>
        <w:t xml:space="preserve">        void muteUserMedia(int position, boolean isVideoType, boolean isMute);</w:t>
        <w:br/>
        <w:br/>
        <w:t xml:space="preserve">        /**</w:t>
        <w:br/>
        <w:t xml:space="preserve">         * 下麦全体连麦用户</w:t>
        <w:br/>
        <w:t xml:space="preserve">         */</w:t>
        <w:br/>
        <w:t xml:space="preserve">        void closeAllUserLinkMic();</w:t>
        <w:br/>
        <w:br/>
        <w:t xml:space="preserve">        /**</w:t>
        <w:br/>
        <w:t xml:space="preserve">         * 全体连麦用户禁用/开启声音</w:t>
        <w:br/>
        <w:t xml:space="preserve">         *</w:t>
        <w:br/>
        <w:t xml:space="preserve">         * @param isMute true：禁用，false：开启</w:t>
        <w:br/>
        <w:t xml:space="preserve">         */</w:t>
        <w:br/>
        <w:t xml:space="preserve">        void muteAllUserAudio(boolean isMute);</w:t>
        <w:br/>
        <w:br/>
        <w:t xml:space="preserve">        /**</w:t>
        <w:br/>
        <w:t xml:space="preserve">         * 请求成员列表数据</w:t>
        <w:br/>
        <w:t xml:space="preserve">         */</w:t>
        <w:br/>
        <w:t xml:space="preserve">        void requestMemberList();</w:t>
        <w:br/>
        <w:br/>
        <w:t xml:space="preserve">        /**</w:t>
        <w:br/>
        <w:t xml:space="preserve">         * 获取推流状态</w:t>
        <w:br/>
        <w:t xml:space="preserve">         *</w:t>
        <w:br/>
        <w:t xml:space="preserve">         * @return 推流状态常量</w:t>
        <w:br/>
        <w:t xml:space="preserve">         */</w:t>
        <w:br/>
        <w:t xml:space="preserve">        int getStreamerStatus();</w:t>
        <w:br/>
        <w:br/>
        <w:t xml:space="preserve">        /**</w:t>
        <w:br/>
        <w:t xml:space="preserve">         * 获取推流和连麦的数据</w:t>
        <w:br/>
        <w:t xml:space="preserve">         */</w:t>
        <w:br/>
        <w:t xml:space="preserve">        @NonNull</w:t>
        <w:br/>
        <w:t xml:space="preserve">        PLVStreamerData getData();</w:t>
        <w:br/>
        <w:br/>
        <w:t xml:space="preserve">        /**</w:t>
        <w:br/>
        <w:t xml:space="preserve">         * 销毁，包括销毁推流和连麦操作、解除view操作</w:t>
        <w:br/>
        <w:t xml:space="preserve">         */</w:t>
        <w:br/>
        <w:t xml:space="preserve">        void destroy();</w:t>
        <w:br/>
        <w:t xml:space="preserve">    }</w:t>
        <w:br/>
        <w:t xml:space="preserve">    // &lt;/editor-fold&gt;</w:t>
        <w:br/>
        <w:t>}</w:t>
      </w:r>
    </w:p>
    <w:p>
      <w:pPr>
        <w:pStyle w:val="Heading3"/>
      </w:pPr>
      <w:r>
        <w:t>2.1 Presenter实现逻辑</w:t>
      </w:r>
    </w:p>
    <w:p>
      <w:r>
        <w:rPr>
          <w:rFonts w:ascii="Menlo" w:hAnsi="Menlo"/>
          <w:color w:val="444444"/>
          <w:sz w:val="20"/>
        </w:rPr>
        <w:t>IStreamerPresenter</w:t>
      </w:r>
      <w:r>
        <w:rPr>
          <w:rFonts w:ascii="Source Han Sans SC" w:hAnsi="Source Han Sans SC" w:eastAsia="Source Han Sans SC" w:cs="Source Han Sans SC" w:hint="eastAsia"/>
          <w:sz w:val="21"/>
        </w:rPr>
        <w:t>的实现类为</w:t>
      </w:r>
      <w:r>
        <w:rPr>
          <w:rFonts w:ascii="Menlo" w:hAnsi="Menlo"/>
          <w:color w:val="444444"/>
          <w:sz w:val="20"/>
        </w:rPr>
        <w:t>PLVStreamerPresenter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其内部主要是使用以下两个类来完成核心业务：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</w:t>
      </w:r>
      <w:r>
        <w:rPr>
          <w:rFonts w:ascii="Menlo" w:hAnsi="Menlo"/>
          <w:color w:val="444444"/>
          <w:sz w:val="20"/>
        </w:rPr>
        <w:t>IPLVLiveRoomDataManager</w:t>
      </w:r>
      <w:r>
        <w:rPr>
          <w:rFonts w:ascii="Source Han Sans SC" w:hAnsi="Source Han Sans SC" w:eastAsia="Source Han Sans SC" w:cs="Source Han Sans SC" w:hint="eastAsia"/>
          <w:sz w:val="21"/>
        </w:rPr>
        <w:t>，直播间数据管理器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</w:t>
      </w:r>
      <w:r>
        <w:rPr>
          <w:rFonts w:ascii="Menlo" w:hAnsi="Menlo"/>
          <w:color w:val="444444"/>
          <w:sz w:val="20"/>
        </w:rPr>
        <w:t>IPLVSStreamerManager</w:t>
      </w:r>
      <w:r>
        <w:rPr>
          <w:rFonts w:ascii="Source Han Sans SC" w:hAnsi="Source Han Sans SC" w:eastAsia="Source Han Sans SC" w:cs="Source Han Sans SC" w:hint="eastAsia"/>
          <w:sz w:val="21"/>
        </w:rPr>
        <w:t>，sdk层的推流和连麦管理器</w:t>
      </w:r>
      <w:r>
        <w:rPr>
          <w:rFonts w:ascii="Menlo" w:hAnsi="Menlo"/>
          <w:color w:val="444444"/>
          <w:sz w:val="20"/>
        </w:rPr>
        <w:t>streamerManager</w:t>
      </w:r>
    </w:p>
    <w:p>
      <w:pPr>
        <w:pStyle w:val="Heading3"/>
      </w:pPr>
      <w:r>
        <w:t>2.1.1 初始化</w:t>
      </w:r>
    </w:p>
    <w:p>
      <w:r>
        <w:rPr>
          <w:rFonts w:ascii="Menlo" w:hAnsi="Menlo"/>
          <w:color w:val="444444"/>
          <w:sz w:val="20"/>
        </w:rPr>
        <w:t>PLVStreamerPresenter</w:t>
      </w:r>
      <w:r>
        <w:rPr>
          <w:rFonts w:ascii="Source Han Sans SC" w:hAnsi="Source Han Sans SC" w:eastAsia="Source Han Sans SC" w:cs="Source Han Sans SC" w:hint="eastAsia"/>
          <w:sz w:val="21"/>
        </w:rPr>
        <w:t>在构造器中进行了如下的初始化操作：引用</w:t>
      </w:r>
      <w:r>
        <w:rPr>
          <w:rFonts w:ascii="Menlo" w:hAnsi="Menlo"/>
          <w:color w:val="444444"/>
          <w:sz w:val="20"/>
        </w:rPr>
        <w:t>IPLVLiveRoomDataManager</w:t>
      </w:r>
      <w:r>
        <w:rPr>
          <w:rFonts w:ascii="Source Han Sans SC" w:hAnsi="Source Han Sans SC" w:eastAsia="Source Han Sans SC" w:cs="Source Han Sans SC" w:hint="eastAsia"/>
          <w:sz w:val="21"/>
        </w:rPr>
        <w:t>，创建</w:t>
      </w:r>
      <w:r>
        <w:rPr>
          <w:rFonts w:ascii="Menlo" w:hAnsi="Menlo"/>
          <w:color w:val="444444"/>
          <w:sz w:val="20"/>
        </w:rPr>
        <w:t>PLVStreamerData</w:t>
      </w:r>
      <w:r>
        <w:rPr>
          <w:rFonts w:ascii="Source Han Sans SC" w:hAnsi="Source Han Sans SC" w:eastAsia="Source Han Sans SC" w:cs="Source Han Sans SC" w:hint="eastAsia"/>
          <w:sz w:val="21"/>
        </w:rPr>
        <w:t>，初始化创建推流和连麦管理器，开启推流和连麦的相关信息监听器。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PLVStreamerPresenter(IPLVLiveRoomDataManager liveRoomDataManager) {</w:t>
        <w:br/>
        <w:t xml:space="preserve">    this.liveRoomDataManager = liveRoomDataManager;</w:t>
        <w:br/>
        <w:t xml:space="preserve">    streamerData = new PLVStreamerData();</w:t>
        <w:br/>
        <w:br/>
        <w:t xml:space="preserve">    String viewerId = liveRoomDataManager.getConfig().getUser().getViewerId();</w:t>
        <w:br/>
        <w:t xml:space="preserve">    PolyvLinkMicConfig.getInstance().init(viewerId, true);//需先初始化，再创建manager</w:t>
        <w:br/>
        <w:t xml:space="preserve">    streamerManager = PLVSStreamerManagerFactory.createNewStreamerManager();</w:t>
        <w:br/>
        <w:br/>
        <w:t xml:space="preserve">    streamerMsgHandler = new PLVStreamerMsgHandler(this);</w:t>
        <w:br/>
        <w:t xml:space="preserve">    streamerMsgHandler.run();</w:t>
        <w:br/>
        <w:t>}</w:t>
      </w:r>
    </w:p>
    <w:p>
      <w:r>
        <w:rPr>
          <w:rFonts w:ascii="Menlo" w:hAnsi="Menlo"/>
          <w:color w:val="444444"/>
          <w:sz w:val="20"/>
        </w:rPr>
        <w:t>PLVStreamerData</w:t>
      </w:r>
      <w:r>
        <w:rPr>
          <w:rFonts w:ascii="Source Han Sans SC" w:hAnsi="Source Han Sans SC" w:eastAsia="Source Han Sans SC" w:cs="Source Han Sans SC" w:hint="eastAsia"/>
          <w:sz w:val="21"/>
        </w:rPr>
        <w:t>是推流和连麦的业务数据，内部保存的数据都是</w:t>
      </w:r>
      <w:r>
        <w:rPr>
          <w:rFonts w:ascii="Menlo" w:hAnsi="Menlo"/>
          <w:color w:val="444444"/>
          <w:sz w:val="20"/>
        </w:rPr>
        <w:t>MutableLiveData</w:t>
      </w:r>
      <w:r>
        <w:rPr>
          <w:rFonts w:ascii="Source Han Sans SC" w:hAnsi="Source Han Sans SC" w:eastAsia="Source Han Sans SC" w:cs="Source Han Sans SC" w:hint="eastAsia"/>
          <w:sz w:val="21"/>
        </w:rPr>
        <w:t>类型，主要是用于提供给其他的view获取/监听推流和连麦的数据，可以用作于不同业务模块间的数据监听及获取。</w:t>
      </w:r>
    </w:p>
    <w:p>
      <w:r>
        <w:rPr>
          <w:rFonts w:ascii="Menlo" w:hAnsi="Menlo"/>
          <w:color w:val="444444"/>
          <w:sz w:val="20"/>
        </w:rPr>
        <w:t>PolyvLinkMicConfig.getInstance().init</w:t>
      </w:r>
      <w:r>
        <w:rPr>
          <w:rFonts w:ascii="Source Han Sans SC" w:hAnsi="Source Han Sans SC" w:eastAsia="Source Han Sans SC" w:cs="Source Han Sans SC" w:hint="eastAsia"/>
          <w:sz w:val="21"/>
        </w:rPr>
        <w:t>方法是初始化连麦的数据。</w:t>
      </w:r>
    </w:p>
    <w:p>
      <w:r>
        <w:rPr>
          <w:rFonts w:ascii="Menlo" w:hAnsi="Menlo"/>
          <w:color w:val="444444"/>
          <w:sz w:val="20"/>
        </w:rPr>
        <w:t>PLVSStreamerManagerFactory.createNewStreamerManager()</w:t>
      </w:r>
      <w:r>
        <w:rPr>
          <w:rFonts w:ascii="Source Han Sans SC" w:hAnsi="Source Han Sans SC" w:eastAsia="Source Han Sans SC" w:cs="Source Han Sans SC" w:hint="eastAsia"/>
          <w:sz w:val="21"/>
        </w:rPr>
        <w:t>方法内部会创建一个推流和连麦的管理器实例并返回。</w:t>
      </w:r>
    </w:p>
    <w:p>
      <w:r>
        <w:rPr>
          <w:rFonts w:ascii="Menlo" w:hAnsi="Menlo"/>
          <w:color w:val="444444"/>
          <w:sz w:val="20"/>
        </w:rPr>
        <w:t>PLVStreamerMsgHandler</w:t>
      </w:r>
      <w:r>
        <w:rPr>
          <w:rFonts w:ascii="Source Han Sans SC" w:hAnsi="Source Han Sans SC" w:eastAsia="Source Han Sans SC" w:cs="Source Han Sans SC" w:hint="eastAsia"/>
          <w:sz w:val="21"/>
        </w:rPr>
        <w:t>是推流和连麦的信息处理器，主要是负责监听socket和rtc的相关推流和连麦的事件，并做相应的逻辑处理。</w:t>
      </w:r>
    </w:p>
    <w:p>
      <w:pPr>
        <w:pStyle w:val="Heading3"/>
      </w:pPr>
      <w:r>
        <w:t>2.1.2 注册mvp-view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在ui层创建好mvp-view后，通过调用mvp-presenter的</w:t>
      </w:r>
      <w:r>
        <w:rPr>
          <w:rFonts w:ascii="Menlo" w:hAnsi="Menlo"/>
          <w:color w:val="444444"/>
          <w:sz w:val="20"/>
        </w:rPr>
        <w:t>regitsterView</w:t>
      </w:r>
      <w:r>
        <w:rPr>
          <w:rFonts w:ascii="Source Han Sans SC" w:hAnsi="Source Han Sans SC" w:eastAsia="Source Han Sans SC" w:cs="Source Han Sans SC" w:hint="eastAsia"/>
          <w:sz w:val="21"/>
        </w:rPr>
        <w:t>方法，即可把mvp-view传给mvp-presenter，这样mvp-presenter即可通知mvp-view进行一些ui更新等操作；同时mvp-presenter也会把自身传给mvp-view，使得mvp-view可以调用mvp-presenter提供的方法。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@Override</w:t>
        <w:br/>
        <w:t>public void registerView(@NonNull IPLVStreamerContract.IStreamerView v) {</w:t>
        <w:br/>
        <w:t xml:space="preserve">    if (iStreamerViews == null) {</w:t>
        <w:br/>
        <w:t xml:space="preserve">    </w:t>
        <w:tab/>
        <w:t>iStreamerViews = new ArrayList&lt;&gt;();</w:t>
        <w:br/>
        <w:t xml:space="preserve">    }</w:t>
        <w:br/>
        <w:t xml:space="preserve">    if (!iStreamerViews.contains(v)) {</w:t>
        <w:br/>
        <w:t xml:space="preserve">    </w:t>
        <w:tab/>
        <w:t>iStreamerViews.add(v);</w:t>
        <w:br/>
        <w:t xml:space="preserve">    }</w:t>
        <w:br/>
        <w:t xml:space="preserve">    v.setPresenter(this);</w:t>
        <w:br/>
        <w:t>}</w:t>
      </w:r>
    </w:p>
    <w:p>
      <w:r>
        <w:rPr>
          <w:rFonts w:ascii="Menlo" w:hAnsi="Menlo"/>
          <w:color w:val="444444"/>
          <w:sz w:val="20"/>
        </w:rPr>
        <w:t>PLVStreamerPresenter</w:t>
      </w:r>
      <w:r>
        <w:rPr>
          <w:rFonts w:ascii="Source Han Sans SC" w:hAnsi="Source Han Sans SC" w:eastAsia="Source Han Sans SC" w:cs="Source Han Sans SC" w:hint="eastAsia"/>
          <w:sz w:val="21"/>
        </w:rPr>
        <w:t>可以注册多个</w:t>
      </w:r>
      <w:r>
        <w:rPr>
          <w:rFonts w:ascii="Menlo" w:hAnsi="Menlo"/>
          <w:color w:val="444444"/>
          <w:sz w:val="20"/>
        </w:rPr>
        <w:t>IStreamerView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2"/>
      </w:pPr>
      <w:r>
        <w:t>3 SDK核心类介绍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推流和连麦的SDK核心类是</w:t>
      </w:r>
      <w:r>
        <w:rPr>
          <w:rFonts w:ascii="Menlo" w:hAnsi="Menlo"/>
          <w:color w:val="444444"/>
          <w:sz w:val="20"/>
        </w:rPr>
        <w:t>IPLVSStreamerManager</w:t>
      </w:r>
      <w:r>
        <w:rPr>
          <w:rFonts w:ascii="Source Han Sans SC" w:hAnsi="Source Han Sans SC" w:eastAsia="Source Han Sans SC" w:cs="Source Han Sans SC" w:hint="eastAsia"/>
          <w:sz w:val="21"/>
        </w:rPr>
        <w:t>，该类是推流和连麦的管理器接口。</w:t>
      </w:r>
    </w:p>
    <w:p>
      <w:pPr>
        <w:pStyle w:val="Heading3"/>
      </w:pPr>
      <w:r>
        <w:t>3.1 创建</w:t>
      </w:r>
    </w:p>
    <w:p>
      <w:r>
        <w:rPr>
          <w:rFonts w:ascii="Menlo" w:hAnsi="Menlo"/>
          <w:color w:val="444444"/>
          <w:sz w:val="20"/>
        </w:rPr>
        <w:t>IPLVSStreamerManager</w:t>
      </w:r>
      <w:r>
        <w:rPr>
          <w:rFonts w:ascii="Source Han Sans SC" w:hAnsi="Source Han Sans SC" w:eastAsia="Source Han Sans SC" w:cs="Source Han Sans SC" w:hint="eastAsia"/>
          <w:sz w:val="21"/>
        </w:rPr>
        <w:t>的实例可以通过</w:t>
      </w:r>
      <w:r>
        <w:rPr>
          <w:rFonts w:ascii="Menlo" w:hAnsi="Menlo"/>
          <w:color w:val="444444"/>
          <w:sz w:val="20"/>
        </w:rPr>
        <w:t>PLVSStreamerManagerFactory.createNewStreamerManager</w:t>
      </w:r>
      <w:r>
        <w:rPr>
          <w:rFonts w:ascii="Source Han Sans SC" w:hAnsi="Source Han Sans SC" w:eastAsia="Source Han Sans SC" w:cs="Source Han Sans SC" w:hint="eastAsia"/>
          <w:sz w:val="21"/>
        </w:rPr>
        <w:t>方法创建。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IPLVSStreamerManager streamerManager = PLVSStreamerManagerFactory.createNewStreamerManager();</w:t>
      </w:r>
    </w:p>
    <w:p>
      <w:pPr>
        <w:pStyle w:val="Heading3"/>
      </w:pPr>
      <w:r>
        <w:t>3.2 初始化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初始化推流sdk</w:t>
        <w:br/>
        <w:t xml:space="preserve"> *</w:t>
        <w:br/>
        <w:t xml:space="preserve"> * @param streamerListener 推流业务监听器</w:t>
        <w:br/>
        <w:t xml:space="preserve"> */</w:t>
        <w:br/>
        <w:t>void initEngine(PLVSStreamerListener streamerListener);</w:t>
      </w:r>
    </w:p>
    <w:p>
      <w:pPr>
        <w:pStyle w:val="Heading3"/>
      </w:pPr>
      <w:r>
        <w:t>3.3 设置监听器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添加推流事件监听器</w:t>
        <w:br/>
        <w:t xml:space="preserve"> *</w:t>
        <w:br/>
        <w:t xml:space="preserve"> * @param eventHandler 监听器</w:t>
        <w:br/>
        <w:t xml:space="preserve"> */</w:t>
        <w:br/>
        <w:t>void addEventHandler(PLVSStreamerEventListener eventHandler);</w:t>
      </w:r>
    </w:p>
    <w:p>
      <w:pPr>
        <w:pStyle w:val="Heading3"/>
      </w:pPr>
      <w:r>
        <w:t>3.4 推流控制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开始推流</w:t>
        <w:br/>
        <w:t xml:space="preserve"> */</w:t>
        <w:br/>
        <w:t>void startLiveStream();</w:t>
        <w:br/>
        <w:br/>
        <w:t>/**</w:t>
        <w:br/>
        <w:t xml:space="preserve"> * 停止推流</w:t>
        <w:br/>
        <w:t xml:space="preserve"> */</w:t>
        <w:br/>
        <w:t>void stopLiveStream();</w:t>
      </w:r>
    </w:p>
    <w:p>
      <w:pPr>
        <w:pStyle w:val="Heading3"/>
      </w:pPr>
      <w:r>
        <w:t>3.5 销毁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销毁推流和连麦管理器，并释放资源。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销毁</w:t>
        <w:br/>
        <w:t xml:space="preserve"> */</w:t>
        <w:br/>
        <w:t>void destroy();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 9-核心common-开播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