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7 7-核心common-连麦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1 功能概述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 MVP模式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 Presenter实现逻辑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2.1.1 初始化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2.2 Model实现逻辑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2.2.1 连麦消息处理器：PLVLinkMicMsgHandler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2.2.2 连麦item数据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 SDK核心类介绍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3.1 创建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3.2 初始化和销毁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3.3 设置监听器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3.4 加入和离开频道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3.5 渲染器设置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3.6 多媒体控制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3.7 获取数据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3.8 切换连麦角色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3.9 发送连麦socket消息</w:t>
      </w:r>
    </w:p>
    <w:p>
      <w:pPr>
        <w:pStyle w:val="Heading2"/>
      </w:pPr>
      <w:r>
        <w:t>1 功能概述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common模块的连麦是使用mvp模式实现的，将UI无关的连麦业务逻辑封装在了这个模块。</w:t>
      </w:r>
    </w:p>
    <w:p>
      <w:pPr>
        <w:pStyle w:val="Heading2"/>
      </w:pPr>
      <w:r>
        <w:t>2 MVP模式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连麦的mvp用IPLVLinkMicContract作为合约类，内部分别定义了</w:t>
      </w:r>
      <w:r>
        <w:rPr>
          <w:rFonts w:ascii="Menlo" w:hAnsi="Menlo"/>
          <w:color w:val="444444"/>
          <w:sz w:val="20"/>
        </w:rPr>
        <w:t>IPLVLinkMicView</w:t>
      </w:r>
      <w:r>
        <w:rPr>
          <w:rFonts w:ascii="Source Han Sans SC" w:hAnsi="Source Han Sans SC" w:eastAsia="Source Han Sans SC" w:cs="Source Han Sans SC" w:hint="eastAsia"/>
          <w:sz w:val="21"/>
        </w:rPr>
        <w:t>作为View接口，</w:t>
      </w:r>
      <w:r>
        <w:rPr>
          <w:rFonts w:ascii="Menlo" w:hAnsi="Menlo"/>
          <w:color w:val="444444"/>
          <w:sz w:val="20"/>
        </w:rPr>
        <w:t>IPLVLinkMicPresenter</w:t>
      </w:r>
      <w:r>
        <w:rPr>
          <w:rFonts w:ascii="Source Han Sans SC" w:hAnsi="Source Han Sans SC" w:eastAsia="Source Han Sans SC" w:cs="Source Han Sans SC" w:hint="eastAsia"/>
          <w:sz w:val="21"/>
        </w:rPr>
        <w:t>作为Presenter接口。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date: 2020/7/16</w:t>
        <w:br/>
        <w:t xml:space="preserve"> * author: hwj</w:t>
        <w:br/>
        <w:t xml:space="preserve"> * description: 连麦业务MVP模式的合约类</w:t>
        <w:br/>
        <w:t xml:space="preserve"> */</w:t>
        <w:br/>
        <w:t>public interface IPLVLinkMicContract {</w:t>
        <w:br/>
        <w:br/>
        <w:t xml:space="preserve">    interface IPLVLinkMicView {</w:t>
        <w:br/>
        <w:br/>
        <w:t xml:space="preserve">        /**</w:t>
        <w:br/>
        <w:t xml:space="preserve">         * 响应连麦错误</w:t>
        <w:br/>
        <w:t xml:space="preserve">         */</w:t>
        <w:br/>
        <w:t xml:space="preserve">        void onLinkMicError(int errorCode, Throwable throwable);</w:t>
        <w:br/>
        <w:br/>
        <w:t xml:space="preserve">        /**</w:t>
        <w:br/>
        <w:t xml:space="preserve">         * 响应讲师开启连麦</w:t>
        <w:br/>
        <w:t xml:space="preserve">         */</w:t>
        <w:br/>
        <w:t xml:space="preserve">        void onTeacherOpenLinkMic();</w:t>
        <w:br/>
        <w:br/>
        <w:t xml:space="preserve">        /**</w:t>
        <w:br/>
        <w:t xml:space="preserve">         * 响应讲师关闭连麦</w:t>
        <w:br/>
        <w:t xml:space="preserve">         */</w:t>
        <w:br/>
        <w:t xml:space="preserve">        void onTeacherCloseLinkMic();</w:t>
        <w:br/>
        <w:br/>
        <w:t xml:space="preserve">        /**</w:t>
        <w:br/>
        <w:t xml:space="preserve">         * 响应讲师允许连麦</w:t>
        <w:br/>
        <w:t xml:space="preserve">         */</w:t>
        <w:br/>
        <w:t xml:space="preserve">        void onTeacherAllowJoin();</w:t>
        <w:br/>
        <w:br/>
        <w:t xml:space="preserve">        /**</w:t>
        <w:br/>
        <w:t xml:space="preserve">         * 响应加入连麦频道超时</w:t>
        <w:br/>
        <w:t xml:space="preserve">         */</w:t>
        <w:br/>
        <w:t xml:space="preserve">        void onAllowButJoinTimeout();</w:t>
        <w:br/>
        <w:br/>
        <w:t xml:space="preserve">        /**</w:t>
        <w:br/>
        <w:t xml:space="preserve">         * 响应在加入频道之前，View层应创建连麦适配器和初始化连麦布局</w:t>
        <w:br/>
        <w:t xml:space="preserve">         *</w:t>
        <w:br/>
        <w:t xml:space="preserve">         * @param linkMicUid  我的连麦Id</w:t>
        <w:br/>
        <w:t xml:space="preserve">         * @param isAudio     是否是音频连麦</w:t>
        <w:br/>
        <w:t xml:space="preserve">         * @param linkMicList 连麦列表。在实现中，要用该列表去渲染</w:t>
        <w:br/>
        <w:t xml:space="preserve">         */</w:t>
        <w:br/>
        <w:t xml:space="preserve">        void onBeforeJoinChannel(String linkMicUid, boolean isAudio, List&lt;PLVLinkMicItemDataBean&gt; linkMicList);</w:t>
        <w:br/>
        <w:br/>
        <w:t xml:space="preserve">        /**</w:t>
        <w:br/>
        <w:t xml:space="preserve">         * 响应加入连麦频道成功</w:t>
        <w:br/>
        <w:t xml:space="preserve">         */</w:t>
        <w:br/>
        <w:t xml:space="preserve">        void onJoinChannelSuccess();</w:t>
        <w:br/>
        <w:br/>
        <w:t xml:space="preserve">        /**</w:t>
        <w:br/>
        <w:t xml:space="preserve">         * 响应离开连麦频道</w:t>
        <w:br/>
        <w:t xml:space="preserve">         */</w:t>
        <w:br/>
        <w:t xml:space="preserve">        void onLeaveChannel();</w:t>
        <w:br/>
        <w:br/>
        <w:t xml:space="preserve">        /**</w:t>
        <w:br/>
        <w:t xml:space="preserve">         * 响应用户加入连麦频道</w:t>
        <w:br/>
        <w:t xml:space="preserve">         *</w:t>
        <w:br/>
        <w:t xml:space="preserve">         * @param uids</w:t>
        <w:br/>
        <w:t xml:space="preserve">         */</w:t>
        <w:br/>
        <w:t xml:space="preserve">        void onUsersJoin(List&lt;String&gt; uids);</w:t>
        <w:br/>
        <w:br/>
        <w:t xml:space="preserve">        /**</w:t>
        <w:br/>
        <w:t xml:space="preserve">         * 响应用户离开连麦频道</w:t>
        <w:br/>
        <w:t xml:space="preserve">         *</w:t>
        <w:br/>
        <w:t xml:space="preserve">         * @param uids</w:t>
        <w:br/>
        <w:t xml:space="preserve">         */</w:t>
        <w:br/>
        <w:t xml:space="preserve">        void onUsersLeave(List&lt;String&gt; uids);</w:t>
        <w:br/>
        <w:br/>
        <w:t xml:space="preserve">        /**</w:t>
        <w:br/>
        <w:t xml:space="preserve">         * 回调我当前不在连麦列表</w:t>
        <w:br/>
        <w:t xml:space="preserve">         */</w:t>
        <w:br/>
        <w:t xml:space="preserve">        void onNotInLinkMicList();</w:t>
        <w:br/>
        <w:br/>
        <w:t xml:space="preserve">        /**</w:t>
        <w:br/>
        <w:t xml:space="preserve">         * 响应用户开关视频</w:t>
        <w:br/>
        <w:t xml:space="preserve">         *</w:t>
        <w:br/>
        <w:t xml:space="preserve">         * @param uid  用户id</w:t>
        <w:br/>
        <w:t xml:space="preserve">         * @param mute true表示关闭视频，false表示开启视频</w:t>
        <w:br/>
        <w:t xml:space="preserve">         * @param pos  列表中的位置</w:t>
        <w:br/>
        <w:t xml:space="preserve">         */</w:t>
        <w:br/>
        <w:t xml:space="preserve">        void onUserMuteVideo(final String uid, final boolean mute, int pos);</w:t>
        <w:br/>
        <w:br/>
        <w:t xml:space="preserve">        /**</w:t>
        <w:br/>
        <w:t xml:space="preserve">         * 响应用户开关音频</w:t>
        <w:br/>
        <w:t xml:space="preserve">         *</w:t>
        <w:br/>
        <w:t xml:space="preserve">         * @param uid  用户id</w:t>
        <w:br/>
        <w:t xml:space="preserve">         * @param mute true表示关闭音频，false表示开启音频</w:t>
        <w:br/>
        <w:t xml:space="preserve">         * @param pos  列表中的位置</w:t>
        <w:br/>
        <w:t xml:space="preserve">         */</w:t>
        <w:br/>
        <w:t xml:space="preserve">        void onUserMuteAudio(final String uid, final boolean mute, int pos);</w:t>
        <w:br/>
        <w:br/>
        <w:t xml:space="preserve">        /**</w:t>
        <w:br/>
        <w:t xml:space="preserve">         * 响应本地用户麦克风音量变化</w:t>
        <w:br/>
        <w:t xml:space="preserve">         */</w:t>
        <w:br/>
        <w:t xml:space="preserve">        void onLocalUserMicVolumeChanged();</w:t>
        <w:br/>
        <w:br/>
        <w:t xml:space="preserve">        /**</w:t>
        <w:br/>
        <w:t xml:space="preserve">         * 响应远端用户麦克风音量变化</w:t>
        <w:br/>
        <w:t xml:space="preserve">         */</w:t>
        <w:br/>
        <w:t xml:space="preserve">        void onRemoteUserVolumeChanged(List&lt;PLVLinkMicItemDataBean&gt; linkMicList);</w:t>
        <w:br/>
        <w:br/>
        <w:t xml:space="preserve">        /**</w:t>
        <w:br/>
        <w:t xml:space="preserve">         * 切换第一画面</w:t>
        <w:br/>
        <w:t xml:space="preserve">         *</w:t>
        <w:br/>
        <w:t xml:space="preserve">         * @param linkMicId 新的第一画面的连麦Id</w:t>
        <w:br/>
        <w:t xml:space="preserve">         */</w:t>
        <w:br/>
        <w:t xml:space="preserve">        void onSwitchFirstScreen(String linkMicId);</w:t>
        <w:br/>
        <w:br/>
        <w:t xml:space="preserve">        /**</w:t>
        <w:br/>
        <w:t xml:space="preserve">         * 设置第一画面的连麦ID</w:t>
        <w:br/>
        <w:t xml:space="preserve">         *</w:t>
        <w:br/>
        <w:t xml:space="preserve">         * @param linkMicId 新的第一画面的连麦Id</w:t>
        <w:br/>
        <w:t xml:space="preserve">         */</w:t>
        <w:br/>
        <w:t xml:space="preserve">        void setFirstScreenLinkMicId(String linkMicId);</w:t>
        <w:br/>
        <w:br/>
        <w:t xml:space="preserve">        /**</w:t>
        <w:br/>
        <w:t xml:space="preserve">         * 隐藏连麦列表中的讲师item，并根据isNeedSwitchToMain参数决定是否要把该item的view切换到主屏</w:t>
        <w:br/>
        <w:t xml:space="preserve">         *</w:t>
        <w:br/>
        <w:t xml:space="preserve">         * @param linkMicId          讲师的连麦id</w:t>
        <w:br/>
        <w:t xml:space="preserve">         * @param teacherPos         讲师item在当前连麦列表中的索引</w:t>
        <w:br/>
        <w:t xml:space="preserve">         * @param isNeedSwitchToMain 是否要切换到主屏</w:t>
        <w:br/>
        <w:t xml:space="preserve">         */</w:t>
        <w:br/>
        <w:t xml:space="preserve">        void onAdjustTeacherLocation(String linkMicId, int teacherPos, boolean isNeedSwitchToMain);</w:t>
        <w:br/>
        <w:br/>
        <w:t xml:space="preserve">        /**</w:t>
        <w:br/>
        <w:t xml:space="preserve">         * 切换PPT View和第一画面的位置</w:t>
        <w:br/>
        <w:t xml:space="preserve">         *</w:t>
        <w:br/>
        <w:t xml:space="preserve">         * @param toMainScreen true表示切换到主屏幕，false表示切回到悬浮窗</w:t>
        <w:br/>
        <w:t xml:space="preserve">         */</w:t>
        <w:br/>
        <w:t xml:space="preserve">        void onSwitchPPTViewLocation(boolean toMainScreen);</w:t>
        <w:br/>
        <w:br/>
        <w:t xml:space="preserve">        /**</w:t>
        <w:br/>
        <w:t xml:space="preserve">         * PPT是否被切换到连麦列表了</w:t>
        <w:br/>
        <w:t xml:space="preserve">         *</w:t>
        <w:br/>
        <w:t xml:space="preserve">         * @return true表示PPT在连麦列表，false表示PPT不在连麦列表</w:t>
        <w:br/>
        <w:t xml:space="preserve">         */</w:t>
        <w:br/>
        <w:t xml:space="preserve">        boolean isMediaShowInLinkMicList();</w:t>
        <w:br/>
        <w:br/>
        <w:t xml:space="preserve">        /**</w:t>
        <w:br/>
        <w:t xml:space="preserve">         * 获取PPTView在连麦列表中的位置index</w:t>
        <w:br/>
        <w:t xml:space="preserve">         *</w:t>
        <w:br/>
        <w:t xml:space="preserve">         * @return ppt在连麦列表中的位置</w:t>
        <w:br/>
        <w:t xml:space="preserve">         */</w:t>
        <w:br/>
        <w:t xml:space="preserve">        int getMediaViewIndexInLinkMicList();</w:t>
        <w:br/>
        <w:br/>
        <w:t xml:space="preserve">        /**</w:t>
        <w:br/>
        <w:t xml:space="preserve">         * 点击连麦列表[index]位置上的画面</w:t>
        <w:br/>
        <w:t xml:space="preserve">         *</w:t>
        <w:br/>
        <w:t xml:space="preserve">         * @param index 连麦列表中的位置</w:t>
        <w:br/>
        <w:t xml:space="preserve">         */</w:t>
        <w:br/>
        <w:t xml:space="preserve">        void performClickInLinkMicListItem(int index);</w:t>
        <w:br/>
        <w:br/>
        <w:t xml:space="preserve">        /**</w:t>
        <w:br/>
        <w:t xml:space="preserve">         * 更新所有整个连麦列表</w:t>
        <w:br/>
        <w:t xml:space="preserve">         */</w:t>
        <w:br/>
        <w:t xml:space="preserve">        void updateAllLinkMicList();</w:t>
        <w:br/>
        <w:t xml:space="preserve">    }</w:t>
        <w:br/>
        <w:br/>
        <w:t xml:space="preserve">    interface IPLVLinkMicPresenter {</w:t>
        <w:br/>
        <w:br/>
        <w:t xml:space="preserve">        /**</w:t>
        <w:br/>
        <w:t xml:space="preserve">         * 销毁</w:t>
        <w:br/>
        <w:t xml:space="preserve">         */</w:t>
        <w:br/>
        <w:t xml:space="preserve">        void destroy();</w:t>
        <w:br/>
        <w:br/>
        <w:t xml:space="preserve">        /**</w:t>
        <w:br/>
        <w:t xml:space="preserve">         * 请求上麦</w:t>
        <w:br/>
        <w:t xml:space="preserve">         */</w:t>
        <w:br/>
        <w:t xml:space="preserve">        void requestJoinLinkMic();</w:t>
        <w:br/>
        <w:br/>
        <w:t xml:space="preserve">        /**</w:t>
        <w:br/>
        <w:t xml:space="preserve">         * 取消请求上麦</w:t>
        <w:br/>
        <w:t xml:space="preserve">         */</w:t>
        <w:br/>
        <w:t xml:space="preserve">        void cancelRequestJoinLinkMic();</w:t>
        <w:br/>
        <w:br/>
        <w:t xml:space="preserve">        /**</w:t>
        <w:br/>
        <w:t xml:space="preserve">         * 下麦</w:t>
        <w:br/>
        <w:t xml:space="preserve">         */</w:t>
        <w:br/>
        <w:t xml:space="preserve">        void leaveLinkMic();</w:t>
        <w:br/>
        <w:br/>
        <w:t xml:space="preserve">        /**</w:t>
        <w:br/>
        <w:t xml:space="preserve">         * 静音音频</w:t>
        <w:br/>
        <w:t xml:space="preserve">         *</w:t>
        <w:br/>
        <w:t xml:space="preserve">         * @param mute true表示静音，false表示打开</w:t>
        <w:br/>
        <w:t xml:space="preserve">         */</w:t>
        <w:br/>
        <w:t xml:space="preserve">        void muteAudio(boolean mute);</w:t>
        <w:br/>
        <w:br/>
        <w:t xml:space="preserve">        /**</w:t>
        <w:br/>
        <w:t xml:space="preserve">         * 禁用视频</w:t>
        <w:br/>
        <w:t xml:space="preserve">         *</w:t>
        <w:br/>
        <w:t xml:space="preserve">         * @param mute true表示禁用视频，false表示打开视频</w:t>
        <w:br/>
        <w:t xml:space="preserve">         */</w:t>
        <w:br/>
        <w:t xml:space="preserve">        void muteVideo(boolean mute);</w:t>
        <w:br/>
        <w:br/>
        <w:t xml:space="preserve">        /**</w:t>
        <w:br/>
        <w:t xml:space="preserve">         * 切换前后置摄像头方向</w:t>
        <w:br/>
        <w:t xml:space="preserve">         */</w:t>
        <w:br/>
        <w:t xml:space="preserve">        void switchCamera();</w:t>
        <w:br/>
        <w:br/>
        <w:t xml:space="preserve">        /**</w:t>
        <w:br/>
        <w:t xml:space="preserve">         * 创建渲染器</w:t>
        <w:br/>
        <w:t xml:space="preserve">         *</w:t>
        <w:br/>
        <w:t xml:space="preserve">         * @param context 上下文</w:t>
        <w:br/>
        <w:t xml:space="preserve">         * @return 渲染器</w:t>
        <w:br/>
        <w:t xml:space="preserve">         */</w:t>
        <w:br/>
        <w:t xml:space="preserve">        SurfaceView createRenderView(Context context);</w:t>
        <w:br/>
        <w:br/>
        <w:t xml:space="preserve">        /**</w:t>
        <w:br/>
        <w:t xml:space="preserve">         * 获取当前用户的连麦ID</w:t>
        <w:br/>
        <w:t xml:space="preserve">         *</w:t>
        <w:br/>
        <w:t xml:space="preserve">         * @return 连麦ID</w:t>
        <w:br/>
        <w:t xml:space="preserve">         */</w:t>
        <w:br/>
        <w:t xml:space="preserve">        String getLinkMicId();</w:t>
        <w:br/>
        <w:br/>
        <w:t xml:space="preserve">        /**</w:t>
        <w:br/>
        <w:t xml:space="preserve">         * 为特定的连麦ID的用户设置连麦渲染器</w:t>
        <w:br/>
        <w:t xml:space="preserve">         *</w:t>
        <w:br/>
        <w:t xml:space="preserve">         * @param renderView 渲染器</w:t>
        <w:br/>
        <w:t xml:space="preserve">         * @param linkMicId  连麦ID</w:t>
        <w:br/>
        <w:t xml:space="preserve">         */</w:t>
        <w:br/>
        <w:t xml:space="preserve">        void setupRenderView(SurfaceView renderView, String linkMicId);</w:t>
        <w:br/>
        <w:br/>
        <w:t xml:space="preserve">        /**</w:t>
        <w:br/>
        <w:t xml:space="preserve">         * 是否加入连麦</w:t>
        <w:br/>
        <w:t xml:space="preserve">         */</w:t>
        <w:br/>
        <w:t xml:space="preserve">        boolean isJoinLinkMic();</w:t>
        <w:br/>
        <w:br/>
        <w:t xml:space="preserve">        /**</w:t>
        <w:br/>
        <w:t xml:space="preserve">         * 设置当前是音频连麦还是视频连麦</w:t>
        <w:br/>
        <w:t xml:space="preserve">         *</w:t>
        <w:br/>
        <w:t xml:space="preserve">         * @param isAudioLinkMic true表示是音频连麦，false表示是视频连麦</w:t>
        <w:br/>
        <w:t xml:space="preserve">         */</w:t>
        <w:br/>
        <w:t xml:space="preserve">        void setIsAudioLinkMic(boolean isAudioLinkMic);</w:t>
        <w:br/>
        <w:br/>
        <w:t xml:space="preserve">        /**</w:t>
        <w:br/>
        <w:t xml:space="preserve">         * 设置讲师否是打开连麦</w:t>
        <w:br/>
        <w:t xml:space="preserve">         *</w:t>
        <w:br/>
        <w:t xml:space="preserve">         * @param isTeacherOpenLinkMic true表示讲师打开连麦，false表示讲师关闭连麦</w:t>
        <w:br/>
        <w:t xml:space="preserve">         */</w:t>
        <w:br/>
        <w:t xml:space="preserve">        void setIsTeacherOpenLinkMic(boolean isTeacherOpenLinkMic);</w:t>
        <w:br/>
        <w:br/>
        <w:t xml:space="preserve">        /**</w:t>
        <w:br/>
        <w:t xml:space="preserve">         * 讲师是否打开连麦</w:t>
        <w:br/>
        <w:t xml:space="preserve">         *</w:t>
        <w:br/>
        <w:t xml:space="preserve">         * @return true表示讲师打开连麦，false表示讲师关闭连麦</w:t>
        <w:br/>
        <w:t xml:space="preserve">         */</w:t>
        <w:br/>
        <w:t xml:space="preserve">        boolean isTeacherOpenLinkMic();</w:t>
        <w:br/>
        <w:br/>
        <w:t xml:space="preserve">        /**</w:t>
        <w:br/>
        <w:t xml:space="preserve">         * 当前连麦的频道是否是纯视频频道类型并且其支持RTC</w:t>
        <w:br/>
        <w:t xml:space="preserve">         *</w:t>
        <w:br/>
        <w:t xml:space="preserve">         * @return true表示是纯视频频道类型并且其支持RTC，false表示是纯视频频道类型且不支持RTC或者是其他的频道类型</w:t>
        <w:br/>
        <w:t xml:space="preserve">         */</w:t>
        <w:br/>
        <w:t xml:space="preserve">        boolean isAloneChannelTypeSupportRTC();</w:t>
        <w:br/>
        <w:t xml:space="preserve">    }</w:t>
        <w:br/>
        <w:t>}</w:t>
      </w:r>
    </w:p>
    <w:p>
      <w:pPr>
        <w:pStyle w:val="Heading3"/>
      </w:pPr>
      <w:r>
        <w:t>2.1 Presenter实现逻辑</w:t>
      </w:r>
    </w:p>
    <w:p>
      <w:r>
        <w:rPr>
          <w:rFonts w:ascii="Menlo" w:hAnsi="Menlo"/>
          <w:color w:val="444444"/>
          <w:sz w:val="20"/>
        </w:rPr>
        <w:t>IPLVLinkMicPresenter</w:t>
      </w:r>
      <w:r>
        <w:rPr>
          <w:rFonts w:ascii="Source Han Sans SC" w:hAnsi="Source Han Sans SC" w:eastAsia="Source Han Sans SC" w:cs="Source Han Sans SC" w:hint="eastAsia"/>
          <w:sz w:val="21"/>
        </w:rPr>
        <w:t>的实现类是PLVLinkMicPresenter。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其内部使用两个类来完成核心业务：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IPolyvLinkMicManager。SDK的连麦管理器。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PLVLinkMicMsgHandler，common层定义的连麦消息处理器，用于接收server发送的连麦消息。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并保存和维护连麦所需的数据，如：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连麦账号数据</w:t>
      </w:r>
      <w:r>
        <w:rPr>
          <w:rFonts w:ascii="Menlo" w:hAnsi="Menlo"/>
          <w:color w:val="444444"/>
          <w:sz w:val="20"/>
        </w:rPr>
        <w:t>IPLVLiveRoomDataManager.getConfig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连麦列表</w:t>
      </w:r>
      <w:r>
        <w:rPr>
          <w:rFonts w:ascii="Menlo" w:hAnsi="Menlo"/>
          <w:color w:val="444444"/>
          <w:sz w:val="20"/>
        </w:rPr>
        <w:t>List linkMicList</w:t>
      </w:r>
    </w:p>
    <w:p>
      <w:pPr>
        <w:pStyle w:val="Heading3"/>
      </w:pPr>
      <w:r>
        <w:t>2.1.1 初始化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Presenter的初始化中做了如下操作：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初始化了：连麦所需的数据，绑定View，Model，构造连麦消息处理器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PLVLinkMicPresenter(final IPLVLiveRoomDataManager liveRoomDataManager, @Nullable final IPLVLinkMicContract.IPLVLinkMicView view) {</w:t>
        <w:br/>
        <w:t xml:space="preserve">    this.liveRoomDataManager = liveRoomDataManager;</w:t>
        <w:br/>
        <w:t xml:space="preserve">        //数据</w:t>
        <w:br/>
        <w:t xml:space="preserve">        String viewerId = liveRoomDataManager.getConfig().getUser().getViewerId();</w:t>
        <w:br/>
        <w:t xml:space="preserve">        PolyvLinkMicConfig.getInstance().init(viewerId, false);</w:t>
        <w:br/>
        <w:t xml:space="preserve">        //view</w:t>
        <w:br/>
        <w:t xml:space="preserve">        this.linkMicView = view;</w:t>
        <w:br/>
        <w:t xml:space="preserve">        //model</w:t>
        <w:br/>
        <w:t xml:space="preserve">        linkMicManager = PolyvLinkMicManagerFactory.createNewLinkMicManager();</w:t>
        <w:br/>
        <w:t xml:space="preserve">        myLinkMicId = linkMicManager.getLinkMicUid();</w:t>
        <w:br/>
        <w:t xml:space="preserve">        if (TextUtils.isEmpty(myLinkMicId)) {</w:t>
        <w:br/>
        <w:t xml:space="preserve">            if (linkMicView != null) {</w:t>
        <w:br/>
        <w:t xml:space="preserve">                linkMicView.onLinkMicError(-1, new Throwable("获取到空的linkMicId"));</w:t>
        <w:br/>
        <w:t xml:space="preserve">            }</w:t>
        <w:br/>
        <w:t xml:space="preserve">            return;</w:t>
        <w:br/>
        <w:t xml:space="preserve">        }</w:t>
        <w:br/>
        <w:t xml:space="preserve">        //构造连麦消息处理器</w:t>
        <w:br/>
        <w:t xml:space="preserve">        linkMicMsgHandler = new PLVLinkMicMsgHandler(myLinkMicId, onLinkMicDataListener);</w:t>
        <w:br/>
        <w:t>}</w:t>
      </w:r>
    </w:p>
    <w:p>
      <w:pPr>
        <w:pStyle w:val="Heading3"/>
      </w:pPr>
      <w:r>
        <w:t>2.2 Model实现逻辑</w:t>
      </w:r>
    </w:p>
    <w:p>
      <w:pPr>
        <w:pStyle w:val="Heading3"/>
      </w:pPr>
      <w:r>
        <w:t>2.2.1 连麦消息处理器：PLVLinkMicMsgHandler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连麦mvp的model层主要的逻辑集中在PLVLinkMicMsgHandler中，它是连麦消息处理器，接收server发送的连麦相关消息，并转换为对应的业务相关事件并回调出去。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监听并处理连麦socket消息：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//在PLVLinkMicMsgHandler构造函数中监听连麦消息</w:t>
        <w:br/>
        <w:t>public PLVLinkMicMsgHandler(String linkMicId, @NotNull OnLinkMicDataListener onLinkMicDataListener) {</w:t>
        <w:br/>
        <w:t xml:space="preserve">    this.linkMicId = linkMicId;</w:t>
        <w:br/>
        <w:t xml:space="preserve">    this.onLinkMicDataListener = onLinkMicDataListener;</w:t>
        <w:br/>
        <w:t xml:space="preserve">    PolyvSocketWrapper.getInstance().getSocketObserver().addOnMessageListener(onMessageListener,</w:t>
        <w:br/>
        <w:t xml:space="preserve">            PLVEventConstant.LinkMic.JOIN_REQUEST_EVENT,</w:t>
        <w:br/>
        <w:t xml:space="preserve">            PLVEventConstant.LinkMic.JOIN_RESPONSE_EVENT,</w:t>
        <w:br/>
        <w:t xml:space="preserve">            PLVEventConstant.LinkMic.JOIN_SUCCESS_EVENT,</w:t>
        <w:br/>
        <w:t xml:space="preserve">            PLVEventConstant.LinkMic.JOIN_LEAVE_EVENT,</w:t>
        <w:br/>
        <w:t xml:space="preserve">            PLVEventConstant.Class.SE_SWITCH_MESSAGE,</w:t>
        <w:br/>
        <w:t xml:space="preserve">            Socket.EVENT_MESSAGE);</w:t>
        <w:br/>
        <w:t>}</w:t>
        <w:br/>
        <w:br/>
        <w:t>//处理连麦消息</w:t>
        <w:br/>
        <w:t>private void processLinkMicSocketMessage(String message, String event) {</w:t>
        <w:br/>
        <w:t xml:space="preserve">    if (TextUtils.isEmpty(event)) {</w:t>
        <w:br/>
        <w:t xml:space="preserve">        return;</w:t>
        <w:br/>
        <w:t xml:space="preserve">    }</w:t>
        <w:br/>
        <w:t xml:space="preserve">    PLVCommonLog.d(TAG, message);</w:t>
        <w:br/>
        <w:t xml:space="preserve">    switch (event) {</w:t>
        <w:br/>
        <w:t xml:space="preserve">            //①讲师开启/关闭连麦；②讲师将某个人下麦了</w:t>
        <w:br/>
        <w:t xml:space="preserve">        case PLVEventConstant.LinkMic.EVENT_OPEN_MICROPHONE:</w:t>
        <w:br/>
        <w:t xml:space="preserve">            break;</w:t>
        <w:br/>
        <w:t xml:space="preserve">            //服务端发回来的join request</w:t>
        <w:br/>
        <w:t xml:space="preserve">        case PLVEventConstant.LinkMic.JOIN_REQUEST_EVENT:</w:t>
        <w:br/>
        <w:t xml:space="preserve">            break;</w:t>
        <w:br/>
        <w:t xml:space="preserve">            //收到其他用户加入rtc频道后发送的joinSuccess</w:t>
        <w:br/>
        <w:t xml:space="preserve">        case PLVEventConstant.LinkMic.JOIN_SUCCESS_EVENT:</w:t>
        <w:br/>
        <w:t xml:space="preserve">            break;</w:t>
        <w:br/>
        <w:t xml:space="preserve">            //讲师允许加入连麦</w:t>
        <w:br/>
        <w:t xml:space="preserve">        case PLVEventConstant.LinkMic.JOIN_RESPONSE_EVENT:</w:t>
        <w:br/>
        <w:t xml:space="preserve">            break;</w:t>
        <w:br/>
        <w:t xml:space="preserve">            //离开连麦</w:t>
        <w:br/>
        <w:t xml:space="preserve">        case PLVEventConstant.LinkMic.JOIN_LEAVE_EVENT:</w:t>
        <w:br/>
        <w:t xml:space="preserve">            break;</w:t>
        <w:br/>
        <w:t xml:space="preserve">            //讲师禁用观众视频或麦克风</w:t>
        <w:br/>
        <w:t xml:space="preserve">        case PLVEventConstant.LinkMic.EVENT_MUTE_USER_MICRO:</w:t>
        <w:br/>
        <w:t xml:space="preserve">            break;</w:t>
        <w:br/>
        <w:t xml:space="preserve">            //客户端讲师设置相关权限。这里用于接收参与者上麦消息</w:t>
        <w:br/>
        <w:t xml:space="preserve">        case PLVEventConstant.LinkMic.TEACHER_SET_PERMISSION:</w:t>
        <w:br/>
        <w:t xml:space="preserve">            break;</w:t>
        <w:br/>
        <w:t xml:space="preserve">            //切换第一画面</w:t>
        <w:br/>
        <w:tab/>
        <w:tab/>
        <w:t>case PLVEventConstant.Class.SE_SWITCH_MESSAGE:</w:t>
        <w:br/>
        <w:t xml:space="preserve">            break;</w:t>
        <w:br/>
        <w:t xml:space="preserve">        case PLVEventConstant.Class.SE_SWITCH_PPT_MESSAGE:</w:t>
        <w:br/>
        <w:t xml:space="preserve">            //PPT和主屏幕切换位置</w:t>
        <w:br/>
        <w:t xml:space="preserve">            break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</w:t>
      </w:r>
      <w:r>
        <w:rPr>
          <w:rFonts w:ascii="Menlo" w:hAnsi="Menlo"/>
          <w:color w:val="444444"/>
          <w:sz w:val="20"/>
        </w:rPr>
        <w:t>processLinkMicSocketMessage</w:t>
      </w:r>
      <w:r>
        <w:rPr>
          <w:rFonts w:ascii="Source Han Sans SC" w:hAnsi="Source Han Sans SC" w:eastAsia="Source Han Sans SC" w:cs="Source Han Sans SC" w:hint="eastAsia"/>
          <w:sz w:val="21"/>
        </w:rPr>
        <w:t>中对server发送的消息进行了解析和处理，并用OnLinkMicDataListener监听器对外进行回调，则Presenter可以得知此时收到了讲师发送的指令的类型：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interface OnLinkMicDataListener {</w:t>
        <w:br/>
        <w:t xml:space="preserve">    /**</w:t>
        <w:br/>
        <w:t xml:space="preserve">     * 讲师收到了我发送的连麦请求</w:t>
        <w:br/>
        <w:t xml:space="preserve">     */</w:t>
        <w:br/>
        <w:t xml:space="preserve">    void onTeacherReceiveJoinRequest();</w:t>
        <w:br/>
        <w:t xml:space="preserve">    /**</w:t>
        <w:br/>
        <w:t xml:space="preserve">     * 讲师允许我上麦</w:t>
        <w:br/>
        <w:t xml:space="preserve">     */</w:t>
        <w:br/>
        <w:t xml:space="preserve">    void onTeacherAllowMeToJoin();</w:t>
        <w:br/>
        <w:t xml:space="preserve">    /**</w:t>
        <w:br/>
        <w:t xml:space="preserve">     * 讲师将我下麦</w:t>
        <w:br/>
        <w:t xml:space="preserve">     */</w:t>
        <w:br/>
        <w:t xml:space="preserve">    void onTeacherHangupMe();</w:t>
        <w:br/>
        <w:t xml:space="preserve">    /**</w:t>
        <w:br/>
        <w:t xml:space="preserve">     * 讲师开启连麦</w:t>
        <w:br/>
        <w:t xml:space="preserve">     * 如果是普通连麦观众，则通过请求连麦，老师允许，来加入rtc频道</w:t>
        <w:br/>
        <w:t xml:space="preserve">     * 如果是参与者，则应该直接在回调中调用rtc的加入连麦</w:t>
        <w:br/>
        <w:t xml:space="preserve">     */</w:t>
        <w:br/>
        <w:t xml:space="preserve">    void onTeacherOpenLinkMic();</w:t>
        <w:br/>
        <w:t xml:space="preserve">    /**</w:t>
        <w:br/>
        <w:t xml:space="preserve">     * 讲师关闭连麦</w:t>
        <w:br/>
        <w:t xml:space="preserve">     * 所有观众离开rtc频道</w:t>
        <w:br/>
        <w:t xml:space="preserve">     */</w:t>
        <w:br/>
        <w:t xml:space="preserve">    void onTeacherCloseLinkMic();</w:t>
        <w:br/>
        <w:t xml:space="preserve">    /**</w:t>
        <w:br/>
        <w:t xml:space="preserve">     * 讲师禁用观众视频或麦克风</w:t>
        <w:br/>
        <w:t xml:space="preserve">     *</w:t>
        <w:br/>
        <w:t xml:space="preserve">     * @param isMute  是否禁用</w:t>
        <w:br/>
        <w:t xml:space="preserve">     * @param isAudio true是音频，false是视频</w:t>
        <w:br/>
        <w:t xml:space="preserve">     */</w:t>
        <w:br/>
        <w:t xml:space="preserve">    void onTeacherMuteMedia(boolean isMute, boolean isAudio);</w:t>
        <w:br/>
        <w:t xml:space="preserve">    /**</w:t>
        <w:br/>
        <w:t xml:space="preserve">     * 用户加入连麦成功</w:t>
        <w:br/>
        <w:t xml:space="preserve">     *</w:t>
        <w:br/>
        <w:t xml:space="preserve">     * @param dataBean 用户列表数据</w:t>
        <w:br/>
        <w:t xml:space="preserve">     */</w:t>
        <w:br/>
        <w:t xml:space="preserve">    void onUserJoinSuccess(PLVLinkMicItemDataBean dataBean);</w:t>
        <w:br/>
        <w:t xml:space="preserve">    /**</w:t>
        <w:br/>
        <w:t xml:space="preserve">     * 讲师发送奖杯</w:t>
        <w:br/>
        <w:t xml:space="preserve">     */</w:t>
        <w:br/>
        <w:t xml:space="preserve">    void onTeacherSendCup(String linkMicId, int cupNum);</w:t>
        <w:br/>
        <w:t xml:space="preserve">    /**</w:t>
        <w:br/>
        <w:t xml:space="preserve">     * 更新连麦类型</w:t>
        <w:br/>
        <w:t xml:space="preserve">     *</w:t>
        <w:br/>
        <w:t xml:space="preserve">     * @param isAudio true表示是音频连麦，false表示是视频连麦</w:t>
        <w:br/>
        <w:t xml:space="preserve">     */</w:t>
        <w:br/>
        <w:t xml:space="preserve">    void onUpdateLinkMicType(boolean isAudio);</w:t>
        <w:br/>
        <w:t xml:space="preserve">    /**</w:t>
        <w:br/>
        <w:t xml:space="preserve">     * 切换第一画面</w:t>
        <w:br/>
        <w:t xml:space="preserve">     *</w:t>
        <w:br/>
        <w:t xml:space="preserve">     * @param linkMicId 要切换到第一画面的ID</w:t>
        <w:br/>
        <w:t xml:space="preserve">     */</w:t>
        <w:br/>
        <w:t xml:space="preserve">    void onSwitchFirstScreen(String linkMicId);</w:t>
        <w:br/>
        <w:t xml:space="preserve">    /**</w:t>
        <w:br/>
        <w:t xml:space="preserve">     * 切换PPT View的位置</w:t>
        <w:br/>
        <w:t xml:space="preserve">     *</w:t>
        <w:br/>
        <w:t xml:space="preserve">     * @param toMainScreen true表示切换到主屏幕，false表示切回到悬浮窗</w:t>
        <w:br/>
        <w:t xml:space="preserve">     */</w:t>
        <w:br/>
        <w:t xml:space="preserve">    void onSwitchPPTViewLocation(boolean toMainScreen);</w:t>
        <w:br/>
        <w:t xml:space="preserve">    /**</w:t>
        <w:br/>
        <w:t xml:space="preserve">     * 讲师下课</w:t>
        <w:br/>
        <w:t xml:space="preserve">     */</w:t>
        <w:br/>
        <w:t xml:space="preserve">    void onFinishClass();</w:t>
        <w:br/>
        <w:t>}</w:t>
      </w:r>
    </w:p>
    <w:p>
      <w:pPr>
        <w:pStyle w:val="Heading3"/>
      </w:pPr>
      <w:r>
        <w:t>2.2.2 连麦item数据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PLVLinkMicItemDataBean是连麦列表的item对应的实体类，内部封装了连麦列表业务所需的数据。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PLVLinkMicDataMapper是连麦数据映射器，将服务端返回的数据模型转换成我们业务上需要的数据模型。我们通过接口或者socket拿到的服务端的数据并不适合直接使用，因此需要数据映射器。</w:t>
      </w:r>
    </w:p>
    <w:p>
      <w:pPr>
        <w:pStyle w:val="Heading2"/>
      </w:pPr>
      <w:r>
        <w:t>3 SDK核心类介绍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连麦的SDK核心类是：IPolyvLinkMicManager。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该类的使用如上述，在PLVLinkMicPresenter中。</w:t>
      </w:r>
    </w:p>
    <w:p>
      <w:pPr>
        <w:pStyle w:val="Heading3"/>
      </w:pPr>
      <w:r>
        <w:t>3.1 创建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IPolyvLinkMicManager linkMicManager = PolyvLinkMicManagerFactory.createNewLinkMicManager();</w:t>
      </w:r>
    </w:p>
    <w:p>
      <w:pPr>
        <w:pStyle w:val="Heading3"/>
      </w:pPr>
      <w:r>
        <w:t>3.2 初始化和销毁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初始化引擎</w:t>
        <w:br/>
        <w:t xml:space="preserve"> *</w:t>
        <w:br/>
        <w:t xml:space="preserve"> * @param channelId            频道</w:t>
        <w:br/>
        <w:t xml:space="preserve"> * @param linkMicEventListener 监听器</w:t>
        <w:br/>
        <w:t xml:space="preserve"> */</w:t>
        <w:br/>
        <w:t>void initEngine(int channelId, PolyvLinkMicListener linkMicEventListener);</w:t>
        <w:br/>
        <w:t>/**</w:t>
        <w:br/>
        <w:t xml:space="preserve"> * 销毁</w:t>
        <w:br/>
        <w:t xml:space="preserve"> */</w:t>
        <w:br/>
        <w:t>void destroy();</w:t>
      </w:r>
    </w:p>
    <w:p>
      <w:pPr>
        <w:pStyle w:val="Heading3"/>
      </w:pPr>
      <w:r>
        <w:t>3.3 设置监听器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添加连麦事件监听器</w:t>
        <w:br/>
        <w:t xml:space="preserve"> *</w:t>
        <w:br/>
        <w:t xml:space="preserve"> * @param eventHandler 监听器</w:t>
        <w:br/>
        <w:t xml:space="preserve"> */</w:t>
        <w:br/>
        <w:t>void addEventHandler(PolyvLinkMicEventListener eventHandler);</w:t>
        <w:br/>
        <w:t>/**</w:t>
        <w:br/>
        <w:t xml:space="preserve"> * 移除连麦事件监听器</w:t>
        <w:br/>
        <w:t xml:space="preserve"> *</w:t>
        <w:br/>
        <w:t xml:space="preserve"> * @param eventHandler 监听器</w:t>
        <w:br/>
        <w:t xml:space="preserve"> */</w:t>
        <w:br/>
        <w:t>void removeEventHandler(PolyvLinkMicEventListener eventHandler);</w:t>
      </w:r>
    </w:p>
    <w:p>
      <w:pPr>
        <w:pStyle w:val="Heading3"/>
      </w:pPr>
      <w:r>
        <w:t>3.4 加入和离开频道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加入频道</w:t>
        <w:br/>
        <w:t xml:space="preserve"> *</w:t>
        <w:br/>
        <w:t xml:space="preserve"> * @param</w:t>
        <w:br/>
        <w:t xml:space="preserve"> */</w:t>
        <w:br/>
        <w:t>void joinChannel();</w:t>
        <w:br/>
        <w:t>/**</w:t>
        <w:br/>
        <w:t xml:space="preserve"> * 离开频道</w:t>
        <w:br/>
        <w:t xml:space="preserve"> */</w:t>
        <w:br/>
        <w:t>void leaveChannel();</w:t>
      </w:r>
    </w:p>
    <w:p>
      <w:pPr>
        <w:pStyle w:val="Heading3"/>
      </w:pPr>
      <w:r>
        <w:t>3.5 渲染器设置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添加本地摄像头</w:t>
        <w:br/>
        <w:t xml:space="preserve"> *</w:t>
        <w:br/>
        <w:t xml:space="preserve"> * @param view      渲染器</w:t>
        <w:br/>
        <w:t xml:space="preserve"> * @param linkMicId 连麦ID</w:t>
        <w:br/>
        <w:t xml:space="preserve"> */</w:t>
        <w:br/>
        <w:t>void setupLocalVideo(SurfaceView view, String linkMicId);</w:t>
        <w:br/>
        <w:t>/**</w:t>
        <w:br/>
        <w:t xml:space="preserve"> * 设置远程摄像头</w:t>
        <w:br/>
        <w:t xml:space="preserve"> *</w:t>
        <w:br/>
        <w:t xml:space="preserve"> * @param view      渲染器</w:t>
        <w:br/>
        <w:t xml:space="preserve"> * @param linkMicId 连麦ID</w:t>
        <w:br/>
        <w:t xml:space="preserve"> */</w:t>
        <w:br/>
        <w:t>void setupRemoteVideo(SurfaceView view, String linkMicId);</w:t>
        <w:br/>
        <w:t>/**</w:t>
        <w:br/>
        <w:t xml:space="preserve"> * 创建渲染器</w:t>
        <w:br/>
        <w:t xml:space="preserve"> *</w:t>
        <w:br/>
        <w:t xml:space="preserve"> * @param context</w:t>
        <w:br/>
        <w:t xml:space="preserve"> * @return</w:t>
        <w:br/>
        <w:t xml:space="preserve"> */</w:t>
        <w:br/>
        <w:t>SurfaceView createRendererView(Context context);</w:t>
      </w:r>
    </w:p>
    <w:p>
      <w:pPr>
        <w:pStyle w:val="Heading3"/>
      </w:pPr>
      <w:r>
        <w:t>3.6 多媒体控制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禁用/启用本地视频功能。该方法用于只看不发的视频场景。该方法不需要本地有摄像头。</w:t>
        <w:br/>
        <w:t xml:space="preserve"> *</w:t>
        <w:br/>
        <w:t xml:space="preserve"> * @param mute</w:t>
        <w:br/>
        <w:t xml:space="preserve"> * @return</w:t>
        <w:br/>
        <w:t xml:space="preserve"> */</w:t>
        <w:br/>
        <w:t>void muteLocalVideo(boolean mute);</w:t>
        <w:br/>
        <w:t>/**</w:t>
        <w:br/>
        <w:t xml:space="preserve"> * 禁用/启用本地摄像头。</w:t>
        <w:br/>
        <w:t xml:space="preserve"> *</w:t>
        <w:br/>
        <w:t xml:space="preserve"> * @param enable</w:t>
        <w:br/>
        <w:t xml:space="preserve"> * @return</w:t>
        <w:br/>
        <w:t xml:space="preserve"> */</w:t>
        <w:br/>
        <w:t>void enableLocalVideo(boolean enable);</w:t>
        <w:br/>
        <w:t>/**</w:t>
        <w:br/>
        <w:t xml:space="preserve"> * 禁用/启用本地音频功能。该方法用于只看不发的音频场景。</w:t>
        <w:br/>
        <w:t xml:space="preserve"> *</w:t>
        <w:br/>
        <w:t xml:space="preserve"> * @param mute</w:t>
        <w:br/>
        <w:t xml:space="preserve"> * @return</w:t>
        <w:br/>
        <w:t xml:space="preserve"> */</w:t>
        <w:br/>
        <w:t>void muteLocalAudio(boolean mute);</w:t>
        <w:br/>
        <w:t>/**</w:t>
        <w:br/>
        <w:t xml:space="preserve"> * 切换摄像头</w:t>
        <w:br/>
        <w:t xml:space="preserve"> */</w:t>
        <w:br/>
        <w:t>void switchCamera();</w:t>
      </w:r>
    </w:p>
    <w:p>
      <w:pPr>
        <w:pStyle w:val="Heading3"/>
      </w:pPr>
      <w:r>
        <w:t>3.7 获取数据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获取连麦列表和状态</w:t>
        <w:br/>
        <w:t xml:space="preserve"> *</w:t>
        <w:br/>
        <w:t xml:space="preserve"> * @param sessionId 场次ID</w:t>
        <w:br/>
        <w:t xml:space="preserve"> * @param callback  回调</w:t>
        <w:br/>
        <w:t xml:space="preserve"> */</w:t>
        <w:br/>
        <w:t>void getLinkStatus(String sessionId, PLVLinkMicDataRepository.IPLVLinkMicDataRepoListener&lt;PLVLinkMicJoinStatus&gt; callback);</w:t>
        <w:br/>
        <w:t>/**</w:t>
        <w:br/>
        <w:t xml:space="preserve"> * 获取连麦ID</w:t>
        <w:br/>
        <w:t xml:space="preserve"> *</w:t>
        <w:br/>
        <w:t xml:space="preserve"> * @return 连麦ID</w:t>
        <w:br/>
        <w:t xml:space="preserve"> */</w:t>
        <w:br/>
        <w:t>String getLinkMicUid();</w:t>
      </w:r>
    </w:p>
    <w:p>
      <w:pPr>
        <w:pStyle w:val="Heading3"/>
      </w:pPr>
      <w:r>
        <w:t>3.8 切换连麦角色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/**</w:t>
        <w:br/>
        <w:t xml:space="preserve">  * 设置连麦角色为：观众</w:t>
        <w:br/>
        <w:t xml:space="preserve">  */</w:t>
        <w:br/>
        <w:t xml:space="preserve"> void switchRoleToAudience();</w:t>
        <w:br/>
        <w:t xml:space="preserve"> /**</w:t>
        <w:br/>
        <w:t xml:space="preserve">  * 设置连麦角色为：主播</w:t>
        <w:br/>
        <w:t xml:space="preserve">  */</w:t>
        <w:br/>
        <w:t xml:space="preserve"> void switchRoleToBroadcaster();</w:t>
      </w:r>
    </w:p>
    <w:p>
      <w:pPr>
        <w:pStyle w:val="Heading3"/>
      </w:pPr>
      <w:r>
        <w:t>3.9 发送连麦socket消息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发送加入连麦成功</w:t>
        <w:br/>
        <w:t xml:space="preserve"> *</w:t>
        <w:br/>
        <w:t xml:space="preserve"> * @param sessionId  场次ID</w:t>
        <w:br/>
        <w:t xml:space="preserve"> * @param linkMicUid 连麦ID</w:t>
        <w:br/>
        <w:t xml:space="preserve"> */</w:t>
        <w:br/>
        <w:t>PLVLinkMicJoinSuccess sendJoinSuccessMsg(String sessionId, String linkMicUid);</w:t>
        <w:br/>
        <w:t>/**</w:t>
        <w:br/>
        <w:t xml:space="preserve"> * 发送请求连麦</w:t>
        <w:br/>
        <w:t xml:space="preserve"> *</w:t>
        <w:br/>
        <w:t xml:space="preserve"> * @param linkMicUid 连麦ID</w:t>
        <w:br/>
        <w:t xml:space="preserve"> */</w:t>
        <w:br/>
        <w:t>void sendJoinRequestMsg(String linkMicUid);</w:t>
        <w:br/>
        <w:t>/**</w:t>
        <w:br/>
        <w:t xml:space="preserve"> * 发送离开连麦</w:t>
        <w:br/>
        <w:t xml:space="preserve"> *</w:t>
        <w:br/>
        <w:t xml:space="preserve"> * @param sessionId  场次ID</w:t>
        <w:br/>
        <w:t xml:space="preserve"> * @param linkMicUid 连麦ID</w:t>
        <w:br/>
        <w:t xml:space="preserve"> */</w:t>
        <w:br/>
        <w:t>void sendJoinLeaveMsg(String sessionId, String linkMicUid);</w:t>
        <w:br/>
        <w:t>/**</w:t>
        <w:br/>
        <w:t xml:space="preserve"> * 发送媒体开关Mute消息</w:t>
        <w:br/>
        <w:t xml:space="preserve"> *</w:t>
        <w:br/>
        <w:t xml:space="preserve"> * @param linkMicMedia mute消息实体</w:t>
        <w:br/>
        <w:t xml:space="preserve"> * @return</w:t>
        <w:br/>
        <w:t xml:space="preserve"> */</w:t>
        <w:br/>
        <w:t>boolean sendMuteEventMsg(PLVLinkMicMedia linkMicMedia);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7-核心common-连麦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