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5-核心common-聊天室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MVP模式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Presenter实现逻辑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2.1.2 注册mvp-view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SDK核心类介绍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创建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设置监听器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发送信息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3.5 销毁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聊天室模块位于</w:t>
      </w:r>
      <w:r>
        <w:rPr>
          <w:rFonts w:ascii="Menlo" w:hAnsi="Menlo"/>
          <w:color w:val="444444"/>
          <w:sz w:val="20"/>
        </w:rPr>
        <w:t>polyvLiveCommonModul</w:t>
      </w:r>
      <w:r>
        <w:rPr>
          <w:rFonts w:ascii="Source Han Sans SC" w:hAnsi="Source Han Sans SC" w:eastAsia="Source Han Sans SC" w:cs="Source Han Sans SC" w:hint="eastAsia"/>
          <w:sz w:val="21"/>
        </w:rPr>
        <w:t>模块的</w:t>
      </w:r>
      <w:r>
        <w:rPr>
          <w:rFonts w:ascii="Menlo" w:hAnsi="Menlo"/>
          <w:color w:val="444444"/>
          <w:sz w:val="20"/>
        </w:rPr>
        <w:t>chatroom</w:t>
      </w:r>
      <w:r>
        <w:rPr>
          <w:rFonts w:ascii="Source Han Sans SC" w:hAnsi="Source Han Sans SC" w:eastAsia="Source Han Sans SC" w:cs="Source Han Sans SC" w:hint="eastAsia"/>
          <w:sz w:val="21"/>
        </w:rPr>
        <w:t>包下，聊天室的信息接收及发送依赖于socket，即要用</w:t>
      </w:r>
      <w:r>
        <w:rPr>
          <w:rFonts w:ascii="Menlo" w:hAnsi="Menlo"/>
          <w:color w:val="444444"/>
          <w:sz w:val="20"/>
        </w:rPr>
        <w:t>PLVSocketLoginManager</w:t>
      </w:r>
      <w:r>
        <w:rPr>
          <w:rFonts w:ascii="Source Han Sans SC" w:hAnsi="Source Han Sans SC" w:eastAsia="Source Han Sans SC" w:cs="Source Han Sans SC" w:hint="eastAsia"/>
          <w:sz w:val="21"/>
        </w:rPr>
        <w:t>完成登录后，才能正常使用聊天室的功能。聊天室模块采用mvp模式设计，将view层对sdk层的聊天室</w:t>
      </w:r>
      <w:r>
        <w:rPr>
          <w:rFonts w:ascii="Menlo" w:hAnsi="Menlo"/>
          <w:color w:val="444444"/>
          <w:sz w:val="20"/>
        </w:rPr>
        <w:t>chatroomManager</w:t>
      </w:r>
      <w:r>
        <w:rPr>
          <w:rFonts w:ascii="Source Han Sans SC" w:hAnsi="Source Han Sans SC" w:eastAsia="Source Han Sans SC" w:cs="Source Han Sans SC" w:hint="eastAsia"/>
          <w:sz w:val="21"/>
        </w:rPr>
        <w:t>的直接调用隔离开，并将多个场景中对</w:t>
      </w:r>
      <w:r>
        <w:rPr>
          <w:rFonts w:ascii="Menlo" w:hAnsi="Menlo"/>
          <w:color w:val="444444"/>
          <w:sz w:val="20"/>
        </w:rPr>
        <w:t>chatroomManager</w:t>
      </w:r>
      <w:r>
        <w:rPr>
          <w:rFonts w:ascii="Source Han Sans SC" w:hAnsi="Source Han Sans SC" w:eastAsia="Source Han Sans SC" w:cs="Source Han Sans SC" w:hint="eastAsia"/>
          <w:sz w:val="21"/>
        </w:rPr>
        <w:t>的共用代码抽离封装起来，使view层的逻辑变得更简洁，封装的presenter层负责</w:t>
      </w:r>
      <w:r>
        <w:rPr>
          <w:rFonts w:ascii="Menlo" w:hAnsi="Menlo"/>
          <w:color w:val="444444"/>
          <w:sz w:val="20"/>
        </w:rPr>
        <w:t>chatroomManager</w:t>
      </w:r>
      <w:r>
        <w:rPr>
          <w:rFonts w:ascii="Source Han Sans SC" w:hAnsi="Source Han Sans SC" w:eastAsia="Source Han Sans SC" w:cs="Source Han Sans SC" w:hint="eastAsia"/>
          <w:sz w:val="21"/>
        </w:rPr>
        <w:t>的控制以及通知view层更新ui。</w:t>
      </w:r>
    </w:p>
    <w:p>
      <w:pPr>
        <w:pStyle w:val="Heading2"/>
      </w:pPr>
      <w:r>
        <w:t>2 MVP模式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聊天室的mvp模式是用</w:t>
      </w:r>
      <w:r>
        <w:rPr>
          <w:rFonts w:ascii="Menlo" w:hAnsi="Menlo"/>
          <w:color w:val="444444"/>
          <w:sz w:val="20"/>
        </w:rPr>
        <w:t>IPLVChatroomContract</w:t>
      </w:r>
      <w:r>
        <w:rPr>
          <w:rFonts w:ascii="Source Han Sans SC" w:hAnsi="Source Han Sans SC" w:eastAsia="Source Han Sans SC" w:cs="Source Han Sans SC" w:hint="eastAsia"/>
          <w:sz w:val="21"/>
        </w:rPr>
        <w:t>作为契约类，内部定义了聊天室mvp-view接口</w:t>
      </w:r>
      <w:r>
        <w:rPr>
          <w:rFonts w:ascii="Menlo" w:hAnsi="Menlo"/>
          <w:color w:val="444444"/>
          <w:sz w:val="20"/>
        </w:rPr>
        <w:t>IChatroomView</w:t>
      </w:r>
      <w:r>
        <w:rPr>
          <w:rFonts w:ascii="Source Han Sans SC" w:hAnsi="Source Han Sans SC" w:eastAsia="Source Han Sans SC" w:cs="Source Han Sans SC" w:hint="eastAsia"/>
          <w:sz w:val="21"/>
        </w:rPr>
        <w:t>，以及聊天室mvp-presenter接口</w:t>
      </w:r>
      <w:r>
        <w:rPr>
          <w:rFonts w:ascii="Menlo" w:hAnsi="Menlo"/>
          <w:color w:val="444444"/>
          <w:sz w:val="20"/>
        </w:rPr>
        <w:t>IChatroomPresenter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IPLVChatroomContract {</w:t>
        <w:br/>
        <w:br/>
        <w:t xml:space="preserve">    // &lt;editor-fold defaultstate="collapsed" desc="1、mvp-聊天室view接口"&gt;</w:t>
        <w:br/>
        <w:br/>
        <w:t xml:space="preserve">    /**</w:t>
        <w:br/>
        <w:t xml:space="preserve">     * mvp-聊天室view层接口</w:t>
        <w:br/>
        <w:t xml:space="preserve">     */</w:t>
        <w:br/>
        <w:t xml:space="preserve">    interface IChatroomView {</w:t>
        <w:br/>
        <w:t xml:space="preserve">        /**</w:t>
        <w:br/>
        <w:t xml:space="preserve">         * 设置presenter后的回调</w:t>
        <w:br/>
        <w:t xml:space="preserve">         */</w:t>
        <w:br/>
        <w:t xml:space="preserve">        void setPresenter(@NonNull IChatroomPresenter presenter);</w:t>
        <w:br/>
        <w:br/>
        <w:t xml:space="preserve">        /**</w:t>
        <w:br/>
        <w:t xml:space="preserve">         * 文本发言事件</w:t>
        <w:br/>
        <w:t xml:space="preserve">         */</w:t>
        <w:br/>
        <w:t xml:space="preserve">        @WorkerThread</w:t>
        <w:br/>
        <w:t xml:space="preserve">        void onSpeakEvent(@NonNull PLVSpeakEvent speakEvent);</w:t>
        <w:br/>
        <w:br/>
        <w:t xml:space="preserve">        /**</w:t>
        <w:br/>
        <w:t xml:space="preserve">         * 获取聊天发言的表情图片的大小</w:t>
        <w:br/>
        <w:t xml:space="preserve">         */</w:t>
        <w:br/>
        <w:t xml:space="preserve">        @AnyThread</w:t>
        <w:br/>
        <w:t xml:space="preserve">        int getSpeakEmojiSize();</w:t>
        <w:br/>
        <w:br/>
        <w:t xml:space="preserve">        /**</w:t>
        <w:br/>
        <w:t xml:space="preserve">         * 获取提问发言的表情图片的大小</w:t>
        <w:br/>
        <w:t xml:space="preserve">         */</w:t>
        <w:br/>
        <w:t xml:space="preserve">        @AnyThread</w:t>
        <w:br/>
        <w:t xml:space="preserve">        int getQuizEmojiSize();</w:t>
        <w:br/>
        <w:br/>
        <w:t xml:space="preserve">        /**</w:t>
        <w:br/>
        <w:t xml:space="preserve">         * 图片事件</w:t>
        <w:br/>
        <w:t xml:space="preserve">         */</w:t>
        <w:br/>
        <w:t xml:space="preserve">        @WorkerThread</w:t>
        <w:br/>
        <w:t xml:space="preserve">        void onImgEvent(@NonNull PLVChatImgEvent chatImgEvent);</w:t>
        <w:br/>
        <w:br/>
        <w:t xml:space="preserve">        /**</w:t>
        <w:br/>
        <w:t xml:space="preserve">         * 点赞事件</w:t>
        <w:br/>
        <w:t xml:space="preserve">         */</w:t>
        <w:br/>
        <w:t xml:space="preserve">        @WorkerThread</w:t>
        <w:br/>
        <w:t xml:space="preserve">        void onLikesEvent(@NonNull PLVLikesEvent likesEvent);</w:t>
        <w:br/>
        <w:br/>
        <w:t xml:space="preserve">        /**</w:t>
        <w:br/>
        <w:t xml:space="preserve">         * 回答事件</w:t>
        <w:br/>
        <w:t xml:space="preserve">         */</w:t>
        <w:br/>
        <w:t xml:space="preserve">        @WorkerThread</w:t>
        <w:br/>
        <w:t xml:space="preserve">        void onAnswerEvent(@NonNull PLVTAnswerEvent answerEvent);</w:t>
        <w:br/>
        <w:br/>
        <w:t xml:space="preserve">        /**</w:t>
        <w:br/>
        <w:t xml:space="preserve">         * 用户登录事件</w:t>
        <w:br/>
        <w:t xml:space="preserve">         */</w:t>
        <w:br/>
        <w:t xml:space="preserve">        @WorkerThread</w:t>
        <w:br/>
        <w:t xml:space="preserve">        void onLoginEvent(@NonNull PLVLoginEvent loginEvent);</w:t>
        <w:br/>
        <w:br/>
        <w:t xml:space="preserve">        /**</w:t>
        <w:br/>
        <w:t xml:space="preserve">         * 用户退出事件</w:t>
        <w:br/>
        <w:t xml:space="preserve">         */</w:t>
        <w:br/>
        <w:t xml:space="preserve">        @WorkerThread</w:t>
        <w:br/>
        <w:t xml:space="preserve">        void onLogoutEvent(@NonNull PLVLogoutEvent logoutEvent);</w:t>
        <w:br/>
        <w:br/>
        <w:t xml:space="preserve">        /**</w:t>
        <w:br/>
        <w:t xml:space="preserve">         * 发送公告事件</w:t>
        <w:br/>
        <w:t xml:space="preserve">         */</w:t>
        <w:br/>
        <w:t xml:space="preserve">        @WorkerThread</w:t>
        <w:br/>
        <w:t xml:space="preserve">        void onBulletinEvent(@NonNull PolyvBulletinVO bulletinVO);</w:t>
        <w:br/>
        <w:br/>
        <w:t xml:space="preserve">        /**</w:t>
        <w:br/>
        <w:t xml:space="preserve">         * 移除公告事件</w:t>
        <w:br/>
        <w:t xml:space="preserve">         */</w:t>
        <w:br/>
        <w:t xml:space="preserve">        @WorkerThread</w:t>
        <w:br/>
        <w:t xml:space="preserve">        void onRemoveBulletinEvent();</w:t>
        <w:br/>
        <w:br/>
        <w:t xml:space="preserve">        /**</w:t>
        <w:br/>
        <w:t xml:space="preserve">         * 商品上架/新增/编辑/推送事件</w:t>
        <w:br/>
        <w:t xml:space="preserve">         */</w:t>
        <w:br/>
        <w:t xml:space="preserve">        @WorkerThread</w:t>
        <w:br/>
        <w:t xml:space="preserve">        void onProductControlEvent(@NonNull PLVProductControlEvent productControlEvent);</w:t>
        <w:br/>
        <w:br/>
        <w:t xml:space="preserve">        /**</w:t>
        <w:br/>
        <w:t xml:space="preserve">         * 商品下架/删除事件</w:t>
        <w:br/>
        <w:t xml:space="preserve">         */</w:t>
        <w:br/>
        <w:t xml:space="preserve">        @WorkerThread</w:t>
        <w:br/>
        <w:t xml:space="preserve">        void onProductRemoveEvent(@NonNull PLVProductRemoveEvent productRemoveEvent);</w:t>
        <w:br/>
        <w:br/>
        <w:t xml:space="preserve">        /**</w:t>
        <w:br/>
        <w:t xml:space="preserve">         * 商品上移/下移事件</w:t>
        <w:br/>
        <w:t xml:space="preserve">         */</w:t>
        <w:br/>
        <w:t xml:space="preserve">        @WorkerThread</w:t>
        <w:br/>
        <w:t xml:space="preserve">        void onProductMoveEvent(@NonNull PLVProductMoveEvent productMoveEvent);</w:t>
        <w:br/>
        <w:br/>
        <w:t xml:space="preserve">        /**</w:t>
        <w:br/>
        <w:t xml:space="preserve">         * 商品库开关事件</w:t>
        <w:br/>
        <w:t xml:space="preserve">         */</w:t>
        <w:br/>
        <w:t xml:space="preserve">        @WorkerThread</w:t>
        <w:br/>
        <w:t xml:space="preserve">        void onProductMenuSwitchEvent(@NonNull PLVProductMenuSwitchEvent productMenuSwitchEvent);</w:t>
        <w:br/>
        <w:br/>
        <w:t xml:space="preserve">        /**</w:t>
        <w:br/>
        <w:t xml:space="preserve">         * 房间开启/关闭事件</w:t>
        <w:br/>
        <w:t xml:space="preserve">         */</w:t>
        <w:br/>
        <w:t xml:space="preserve">        @WorkerThread</w:t>
        <w:br/>
        <w:t xml:space="preserve">        void onCloseRoomEvent(@NonNull PLVCloseRoomEvent closeRoomEvent);</w:t>
        <w:br/>
        <w:br/>
        <w:t xml:space="preserve">        /**</w:t>
        <w:br/>
        <w:t xml:space="preserve">         * 移除信息事件</w:t>
        <w:br/>
        <w:t xml:space="preserve">         *</w:t>
        <w:br/>
        <w:t xml:space="preserve">         * @param id          移除单条信息的id，如果是移除所有信息，那么必定为null</w:t>
        <w:br/>
        <w:t xml:space="preserve">         * @param isRemoveAll true：移除所有信息，false：移除单条信息</w:t>
        <w:br/>
        <w:t xml:space="preserve">         */</w:t>
        <w:br/>
        <w:t xml:space="preserve">        @WorkerThread</w:t>
        <w:br/>
        <w:t xml:space="preserve">        void onRemoveMessageEvent(@Nullable String id, boolean isRemoveAll);</w:t>
        <w:br/>
        <w:br/>
        <w:t xml:space="preserve">        /**</w:t>
        <w:br/>
        <w:t xml:space="preserve">         * 自定义事件中的送礼事件</w:t>
        <w:br/>
        <w:t xml:space="preserve">         *</w:t>
        <w:br/>
        <w:t xml:space="preserve">         * @param userBean       送礼用户</w:t>
        <w:br/>
        <w:t xml:space="preserve">         * @param customGiftBean 礼物数据</w:t>
        <w:br/>
        <w:t xml:space="preserve">         */</w:t>
        <w:br/>
        <w:t xml:space="preserve">        @WorkerThread</w:t>
        <w:br/>
        <w:t xml:space="preserve">        void onCustomGiftEvent(@NonNull PolyvCustomEvent.UserBean userBean, @NonNull PLVCustomGiftBean customGiftBean);</w:t>
        <w:br/>
        <w:br/>
        <w:t xml:space="preserve">        /**</w:t>
        <w:br/>
        <w:t xml:space="preserve">         * 自己本地发送的文本聊天信息</w:t>
        <w:br/>
        <w:t xml:space="preserve">         */</w:t>
        <w:br/>
        <w:t xml:space="preserve">        void onLocalSpeakMessage(@Nullable PolyvLocalMessage localMessage);</w:t>
        <w:br/>
        <w:br/>
        <w:t xml:space="preserve">        /**</w:t>
        <w:br/>
        <w:t xml:space="preserve">         * 自己本地发送的提问信息</w:t>
        <w:br/>
        <w:t xml:space="preserve">         */</w:t>
        <w:br/>
        <w:t xml:space="preserve">        void onLocalQuestionMessage(@Nullable PolyvQuestionMessage questionMessage);</w:t>
        <w:br/>
        <w:br/>
        <w:t xml:space="preserve">        /**</w:t>
        <w:br/>
        <w:t xml:space="preserve">         * 自己本地发送的图片信息</w:t>
        <w:br/>
        <w:t xml:space="preserve">         */</w:t>
        <w:br/>
        <w:t xml:space="preserve">        void onLocalImageMessage(@Nullable PolyvSendLocalImgEvent localImgEvent);</w:t>
        <w:br/>
        <w:br/>
        <w:t xml:space="preserve">        /**</w:t>
        <w:br/>
        <w:t xml:space="preserve">         * 违禁词触发</w:t>
        <w:br/>
        <w:t xml:space="preserve">         *</w:t>
        <w:br/>
        <w:t xml:space="preserve">         * @param prohibitedMessage 违规词</w:t>
        <w:br/>
        <w:t xml:space="preserve">         * @param hintMsg           提示消息</w:t>
        <w:br/>
        <w:t xml:space="preserve">         * @param status            状态</w:t>
        <w:br/>
        <w:t xml:space="preserve">         */</w:t>
        <w:br/>
        <w:t xml:space="preserve">        @MainThread</w:t>
        <w:br/>
        <w:t xml:space="preserve">        void onSendProhibitedWord(@NonNull String prohibitedMessage, @NonNull String hintMsg, @NonNull String status);</w:t>
        <w:br/>
        <w:br/>
        <w:t xml:space="preserve">        /**</w:t>
        <w:br/>
        <w:t xml:space="preserve">         * 接收到的需要添加到列表的文本发言、图片信息</w:t>
        <w:br/>
        <w:t xml:space="preserve">         */</w:t>
        <w:br/>
        <w:t xml:space="preserve">        @WorkerThread</w:t>
        <w:br/>
        <w:t xml:space="preserve">        void onSpeakImgDataList(@Size(min = 1) List&lt;PLVBaseViewData&gt; chatMessageDataList);</w:t>
        <w:br/>
        <w:br/>
        <w:t xml:space="preserve">        /**</w:t>
        <w:br/>
        <w:t xml:space="preserve">         * 历史记录数据</w:t>
        <w:br/>
        <w:t xml:space="preserve">         *</w:t>
        <w:br/>
        <w:t xml:space="preserve">         * @param chatMessageDataList 数据列表</w:t>
        <w:br/>
        <w:t xml:space="preserve">         * @param requestSuccessTime  请求成功的次数</w:t>
        <w:br/>
        <w:t xml:space="preserve">         * @param isNoMoreHistory     请求成功后，是否还有未加载的历史记录</w:t>
        <w:br/>
        <w:t xml:space="preserve">         * @param viewIndex           请求历史记录的mvp-view索引</w:t>
        <w:br/>
        <w:t xml:space="preserve">         */</w:t>
        <w:br/>
        <w:t xml:space="preserve">        @MainThread</w:t>
        <w:br/>
        <w:t xml:space="preserve">        void onHistoryDataList(@Size(min = 0) List&lt;PLVBaseViewData&lt;PLVBaseEvent&gt;&gt; chatMessageDataList, int requestSuccessTime, boolean isNoMoreHistory, int viewIndex);</w:t>
        <w:br/>
        <w:br/>
        <w:t xml:space="preserve">        /**</w:t>
        <w:br/>
        <w:t xml:space="preserve">         * 历史记录请求失败回调</w:t>
        <w:br/>
        <w:t xml:space="preserve">         *</w:t>
        <w:br/>
        <w:t xml:space="preserve">         * @param errorMsg  错误信息</w:t>
        <w:br/>
        <w:t xml:space="preserve">         * @param t         异常</w:t>
        <w:br/>
        <w:t xml:space="preserve">         * @param viewIndex 请求历史记录的mvp-view索引</w:t>
        <w:br/>
        <w:t xml:space="preserve">         */</w:t>
        <w:br/>
        <w:t xml:space="preserve">        @MainThread</w:t>
        <w:br/>
        <w:t xml:space="preserve">        void onHistoryRequestFailed(String errorMsg, Throwable t, int viewIndex);</w:t>
        <w:br/>
        <w:t xml:space="preserve">    }</w:t>
        <w:br/>
        <w:t xml:space="preserve">    // &lt;/editor-fold&gt;</w:t>
        <w:br/>
        <w:br/>
        <w:t xml:space="preserve">    // &lt;editor-fold defaultstate="collapsed" desc="2、mvp-聊天室presenter接口"&gt;</w:t>
        <w:br/>
        <w:br/>
        <w:t xml:space="preserve">    /**</w:t>
        <w:br/>
        <w:t xml:space="preserve">     * mvp-聊天室presenter层接口</w:t>
        <w:br/>
        <w:t xml:space="preserve">     */</w:t>
        <w:br/>
        <w:t xml:space="preserve">    interface IChatroomPresenter {</w:t>
        <w:br/>
        <w:t xml:space="preserve">        /**</w:t>
        <w:br/>
        <w:t xml:space="preserve">         * 注册view，可以注册多个</w:t>
        <w:br/>
        <w:t xml:space="preserve">         */</w:t>
        <w:br/>
        <w:t xml:space="preserve">        void registerView(@NonNull IChatroomView v);</w:t>
        <w:br/>
        <w:br/>
        <w:t xml:space="preserve">        /**</w:t>
        <w:br/>
        <w:t xml:space="preserve">         * 解除注册的view</w:t>
        <w:br/>
        <w:t xml:space="preserve">         */</w:t>
        <w:br/>
        <w:t xml:space="preserve">        void unregisterView(IChatroomView v);</w:t>
        <w:br/>
        <w:br/>
        <w:t xml:space="preserve">        /**</w:t>
        <w:br/>
        <w:t xml:space="preserve">         * 获取view的索引</w:t>
        <w:br/>
        <w:t xml:space="preserve">         */</w:t>
        <w:br/>
        <w:t xml:space="preserve">        int getViewIndex(IChatroomView v);</w:t>
        <w:br/>
        <w:br/>
        <w:t xml:space="preserve">        /**</w:t>
        <w:br/>
        <w:t xml:space="preserve">         * 初始化聊天室配置，该方法内部会设置聊天室的信息监听器</w:t>
        <w:br/>
        <w:t xml:space="preserve">         */</w:t>
        <w:br/>
        <w:t xml:space="preserve">        void init();</w:t>
        <w:br/>
        <w:br/>
        <w:t xml:space="preserve">        /**</w:t>
        <w:br/>
        <w:t xml:space="preserve">         * 发送聊天文本信息</w:t>
        <w:br/>
        <w:t xml:space="preserve">         *</w:t>
        <w:br/>
        <w:t xml:space="preserve">         * @param textMessage 要发送的信息，不能为空</w:t>
        <w:br/>
        <w:t xml:space="preserve">         * @return true：成功提交，收到{@link IChatroomView#onLocalSpeakMessage(PolyvLocalMessage)}回调时为发送成功，收到{@link IChatroomView#onSendProhibitedWord(String, String, String)}为触发严禁词。&lt;br/&gt;</w:t>
        <w:br/>
        <w:t xml:space="preserve">         * false：发送失败。</w:t>
        <w:br/>
        <w:t xml:space="preserve">         */</w:t>
        <w:br/>
        <w:t xml:space="preserve">        Pair&lt;Boolean, Integer&gt; sendChatMessage(PolyvLocalMessage textMessage);</w:t>
        <w:br/>
        <w:br/>
        <w:t xml:space="preserve">        /**</w:t>
        <w:br/>
        <w:t xml:space="preserve">         * 发送提问信息</w:t>
        <w:br/>
        <w:t xml:space="preserve">         *</w:t>
        <w:br/>
        <w:t xml:space="preserve">         * @param questionMessage 要发送的提问信息，不能为空</w:t>
        <w:br/>
        <w:t xml:space="preserve">         */</w:t>
        <w:br/>
        <w:t xml:space="preserve">        int sendQuestionMessage(PolyvQuestionMessage questionMessage);</w:t>
        <w:br/>
        <w:br/>
        <w:t xml:space="preserve">        /**</w:t>
        <w:br/>
        <w:t xml:space="preserve">         * 发送点赞信息</w:t>
        <w:br/>
        <w:t xml:space="preserve">         */</w:t>
        <w:br/>
        <w:t xml:space="preserve">        void sendLikeMessage();</w:t>
        <w:br/>
        <w:br/>
        <w:t xml:space="preserve">        /**</w:t>
        <w:br/>
        <w:t xml:space="preserve">         * 发送聊天图片信息</w:t>
        <w:br/>
        <w:t xml:space="preserve">         */</w:t>
        <w:br/>
        <w:t xml:space="preserve">        void sendChatImage(PolyvSendLocalImgEvent localImgEvent);</w:t>
        <w:br/>
        <w:br/>
        <w:t xml:space="preserve">        /**</w:t>
        <w:br/>
        <w:t xml:space="preserve">         * 发送自定义信息</w:t>
        <w:br/>
        <w:t xml:space="preserve">         *</w:t>
        <w:br/>
        <w:t xml:space="preserve">         * @param baseCustomEvent 自定义信息事件</w:t>
        <w:br/>
        <w:t xml:space="preserve">         */</w:t>
        <w:br/>
        <w:t xml:space="preserve">        &lt;DataBean&gt; void sendCustomMsg(PolyvBaseCustomEvent&lt;DataBean&gt; baseCustomEvent);</w:t>
        <w:br/>
        <w:br/>
        <w:t xml:space="preserve">        /**</w:t>
        <w:br/>
        <w:t xml:space="preserve">         * 发送自定义信息，示例为发送自定义送礼信息</w:t>
        <w:br/>
        <w:t xml:space="preserve">         *</w:t>
        <w:br/>
        <w:t xml:space="preserve">         * @param customGiftBean 自定义信息实例</w:t>
        <w:br/>
        <w:t xml:space="preserve">         * @param tip            信息提示文案</w:t>
        <w:br/>
        <w:t xml:space="preserve">         */</w:t>
        <w:br/>
        <w:t xml:space="preserve">        PolyvCustomEvent&lt;PLVCustomGiftBean&gt; sendCustomGiftMessage(PLVCustomGiftBean customGiftBean, String tip);</w:t>
        <w:br/>
        <w:br/>
        <w:t xml:space="preserve">        /**</w:t>
        <w:br/>
        <w:t xml:space="preserve">         * 设置每次获取历史记录的条数，默认20条</w:t>
        <w:br/>
        <w:t xml:space="preserve">         */</w:t>
        <w:br/>
        <w:t xml:space="preserve">        void setGetChatHistoryCount(int count);</w:t>
        <w:br/>
        <w:br/>
        <w:t xml:space="preserve">        /**</w:t>
        <w:br/>
        <w:t xml:space="preserve">         * 请求聊天历史记录</w:t>
        <w:br/>
        <w:t xml:space="preserve">         *</w:t>
        <w:br/>
        <w:t xml:space="preserve">         * @param viewIndex 调用该方法的view的索引，没有时传0</w:t>
        <w:br/>
        <w:t xml:space="preserve">         */</w:t>
        <w:br/>
        <w:t xml:space="preserve">        void requestChatHistory(int viewIndex);</w:t>
        <w:br/>
        <w:br/>
        <w:t xml:space="preserve">        /**</w:t>
        <w:br/>
        <w:t xml:space="preserve">         * 获取历史记录成功的次数</w:t>
        <w:br/>
        <w:t xml:space="preserve">         */</w:t>
        <w:br/>
        <w:t xml:space="preserve">        int getChatHistoryTime();</w:t>
        <w:br/>
        <w:br/>
        <w:t xml:space="preserve">        /**</w:t>
        <w:br/>
        <w:t xml:space="preserve">         * 获取聊天室的数据</w:t>
        <w:br/>
        <w:t xml:space="preserve">         */</w:t>
        <w:br/>
        <w:t xml:space="preserve">        @NonNull</w:t>
        <w:br/>
        <w:t xml:space="preserve">        PLVChatroomData getData();</w:t>
        <w:br/>
        <w:br/>
        <w:t xml:space="preserve">        /**</w:t>
        <w:br/>
        <w:t xml:space="preserve">         * 销毁，包括销毁聊天室操作、解除view操作</w:t>
        <w:br/>
        <w:t xml:space="preserve">         */</w:t>
        <w:br/>
        <w:t xml:space="preserve">        void destroy();</w:t>
        <w:br/>
        <w:t xml:space="preserve">    }</w:t>
        <w:br/>
        <w:t xml:space="preserve">    // &lt;/editor-fold&gt;</w:t>
        <w:br/>
        <w:t>}</w:t>
      </w:r>
    </w:p>
    <w:p>
      <w:pPr>
        <w:pStyle w:val="Heading3"/>
      </w:pPr>
      <w:r>
        <w:t>2.1 Presenter实现逻辑</w:t>
      </w:r>
    </w:p>
    <w:p>
      <w:r>
        <w:rPr>
          <w:rFonts w:ascii="Menlo" w:hAnsi="Menlo"/>
          <w:color w:val="444444"/>
          <w:sz w:val="20"/>
        </w:rPr>
        <w:t>IChatroomPresenter</w:t>
      </w:r>
      <w:r>
        <w:rPr>
          <w:rFonts w:ascii="Source Han Sans SC" w:hAnsi="Source Han Sans SC" w:eastAsia="Source Han Sans SC" w:cs="Source Han Sans SC" w:hint="eastAsia"/>
          <w:sz w:val="21"/>
        </w:rPr>
        <w:t>的实现类为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其内部主要使用一下两个类来完成核心业务：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，直播间数据管理器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Menlo" w:hAnsi="Menlo"/>
          <w:color w:val="444444"/>
          <w:sz w:val="20"/>
        </w:rPr>
        <w:t>PolyvChatroomManager</w:t>
      </w:r>
      <w:r>
        <w:rPr>
          <w:rFonts w:ascii="Source Han Sans SC" w:hAnsi="Source Han Sans SC" w:eastAsia="Source Han Sans SC" w:cs="Source Han Sans SC" w:hint="eastAsia"/>
          <w:sz w:val="21"/>
        </w:rPr>
        <w:t>，sdk层的聊天室</w:t>
      </w:r>
      <w:r>
        <w:rPr>
          <w:rFonts w:ascii="Menlo" w:hAnsi="Menlo"/>
          <w:color w:val="444444"/>
          <w:sz w:val="20"/>
        </w:rPr>
        <w:t>chatroomManager</w:t>
      </w:r>
    </w:p>
    <w:p>
      <w:pPr>
        <w:pStyle w:val="Heading3"/>
      </w:pPr>
      <w:r>
        <w:t>2.1.1 初始化</w:t>
      </w:r>
    </w:p>
    <w:p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>在构造器中进行了如下初始化操作：引用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，创建</w:t>
      </w:r>
      <w:r>
        <w:rPr>
          <w:rFonts w:ascii="Menlo" w:hAnsi="Menlo"/>
          <w:color w:val="444444"/>
          <w:sz w:val="20"/>
        </w:rPr>
        <w:t>PLVChatroomData</w:t>
      </w:r>
      <w:r>
        <w:rPr>
          <w:rFonts w:ascii="Source Han Sans SC" w:hAnsi="Source Han Sans SC" w:eastAsia="Source Han Sans SC" w:cs="Source Han Sans SC" w:hint="eastAsia"/>
          <w:sz w:val="21"/>
        </w:rPr>
        <w:t>，订阅聊天室信息，监听直播间数据。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PLVChatroomPresenter(@NonNull IPLVLiveRoomDataManager liveRoomDataManager) {</w:t>
        <w:br/>
        <w:t xml:space="preserve">    this.liveRoomDataManager = liveRoomDataManager;</w:t>
        <w:br/>
        <w:t xml:space="preserve">    chatroomData = new PLVChatroomData();</w:t>
        <w:br/>
        <w:t xml:space="preserve">    subscribeChatroomMessage();</w:t>
        <w:br/>
        <w:t xml:space="preserve">    observeLiveRoomData();</w:t>
        <w:br/>
        <w:t>}</w:t>
      </w:r>
    </w:p>
    <w:p>
      <w:r>
        <w:rPr>
          <w:rFonts w:ascii="Menlo" w:hAnsi="Menlo"/>
          <w:color w:val="444444"/>
          <w:sz w:val="20"/>
        </w:rPr>
        <w:t>PLVChatroomData</w:t>
      </w:r>
      <w:r>
        <w:rPr>
          <w:rFonts w:ascii="Source Han Sans SC" w:hAnsi="Source Han Sans SC" w:eastAsia="Source Han Sans SC" w:cs="Source Han Sans SC" w:hint="eastAsia"/>
          <w:sz w:val="21"/>
        </w:rPr>
        <w:t>是聊天室业务数据，内部保存的数据都是</w:t>
      </w:r>
      <w:r>
        <w:rPr>
          <w:rFonts w:ascii="Menlo" w:hAnsi="Menlo"/>
          <w:color w:val="444444"/>
          <w:sz w:val="20"/>
        </w:rPr>
        <w:t>MutableLiveData</w:t>
      </w:r>
      <w:r>
        <w:rPr>
          <w:rFonts w:ascii="Source Han Sans SC" w:hAnsi="Source Han Sans SC" w:eastAsia="Source Han Sans SC" w:cs="Source Han Sans SC" w:hint="eastAsia"/>
          <w:sz w:val="21"/>
        </w:rPr>
        <w:t>类型，主要用于提供给非mvp的view监听/获取聊天室的数据，可以作用于不同业务模块间的数据监听及获取。</w:t>
      </w:r>
    </w:p>
    <w:p>
      <w:r>
        <w:rPr>
          <w:rFonts w:ascii="Menlo" w:hAnsi="Menlo"/>
          <w:color w:val="444444"/>
          <w:sz w:val="20"/>
        </w:rPr>
        <w:t>subscribeChatroomMessage</w:t>
      </w:r>
      <w:r>
        <w:rPr>
          <w:rFonts w:ascii="Source Han Sans SC" w:hAnsi="Source Han Sans SC" w:eastAsia="Source Han Sans SC" w:cs="Source Han Sans SC" w:hint="eastAsia"/>
          <w:sz w:val="21"/>
        </w:rPr>
        <w:t>方法的逻辑是定时把收集到的聊天室信息统一处理，避免收到信息后更新ui太频繁导致的一些问题。</w:t>
      </w:r>
    </w:p>
    <w:p>
      <w:r>
        <w:rPr>
          <w:rFonts w:ascii="Menlo" w:hAnsi="Menlo"/>
          <w:color w:val="444444"/>
          <w:sz w:val="20"/>
        </w:rPr>
        <w:t>observeLiveRoomData</w:t>
      </w:r>
      <w:r>
        <w:rPr>
          <w:rFonts w:ascii="Source Han Sans SC" w:hAnsi="Source Han Sans SC" w:eastAsia="Source Han Sans SC" w:cs="Source Han Sans SC" w:hint="eastAsia"/>
          <w:sz w:val="21"/>
        </w:rPr>
        <w:t>方法的逻辑是通过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监听聊天室在后台配置相关的一些数据。</w:t>
      </w:r>
    </w:p>
    <w:p>
      <w:pPr>
        <w:pStyle w:val="Heading3"/>
      </w:pPr>
      <w:r>
        <w:t>2.1.2 注册mvp-view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在ui层创建好mvp-view后，通过调用mvp-presenter的</w:t>
      </w:r>
      <w:r>
        <w:rPr>
          <w:rFonts w:ascii="Menlo" w:hAnsi="Menlo"/>
          <w:color w:val="444444"/>
          <w:sz w:val="20"/>
        </w:rPr>
        <w:t>registerView</w:t>
      </w:r>
      <w:r>
        <w:rPr>
          <w:rFonts w:ascii="Source Han Sans SC" w:hAnsi="Source Han Sans SC" w:eastAsia="Source Han Sans SC" w:cs="Source Han Sans SC" w:hint="eastAsia"/>
          <w:sz w:val="21"/>
        </w:rPr>
        <w:t>方法，即可把mvp-view传给mvp-presenter，使得mvp-presenter可对mvp-view进行操作；同时mvp-presenter也会把自身传给mvp-view，使得mvp-view可以调用mvp-presenter提供的方法。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registerView(@NonNull IPLVChatroomContract.IChatroomView v) {</w:t>
        <w:br/>
        <w:t xml:space="preserve">    if (iChatroomViews == null) {</w:t>
        <w:br/>
        <w:t xml:space="preserve">        iChatroomViews = new ArrayList&lt;&gt;();</w:t>
        <w:br/>
        <w:t xml:space="preserve">    }</w:t>
        <w:br/>
        <w:t xml:space="preserve">    if (!iChatroomViews.contains(v)) {</w:t>
        <w:br/>
        <w:t xml:space="preserve">        iChatroomViews.add(v);</w:t>
        <w:br/>
        <w:t xml:space="preserve">    }</w:t>
        <w:br/>
        <w:t xml:space="preserve">    v.setPresenter(this);</w:t>
        <w:br/>
        <w:t>}</w:t>
      </w:r>
    </w:p>
    <w:p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>可以注册多个</w:t>
      </w:r>
      <w:r>
        <w:rPr>
          <w:rFonts w:ascii="Menlo" w:hAnsi="Menlo"/>
          <w:color w:val="444444"/>
          <w:sz w:val="20"/>
        </w:rPr>
        <w:t>IChatroomView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3 SDK核心类介绍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聊天室的SDK核心类是</w:t>
      </w:r>
      <w:r>
        <w:rPr>
          <w:rFonts w:ascii="Menlo" w:hAnsi="Menlo"/>
          <w:color w:val="444444"/>
          <w:sz w:val="20"/>
        </w:rPr>
        <w:t>PolyvChatroomManager</w:t>
      </w:r>
      <w:r>
        <w:rPr>
          <w:rFonts w:ascii="Source Han Sans SC" w:hAnsi="Source Han Sans SC" w:eastAsia="Source Han Sans SC" w:cs="Source Han Sans SC" w:hint="eastAsia"/>
          <w:sz w:val="21"/>
        </w:rPr>
        <w:t>，该类在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>中被使用。</w:t>
      </w:r>
    </w:p>
    <w:p>
      <w:pPr>
        <w:pStyle w:val="Heading3"/>
      </w:pPr>
      <w:r>
        <w:t>3.1 创建</w:t>
      </w:r>
    </w:p>
    <w:p>
      <w:r>
        <w:rPr>
          <w:rFonts w:ascii="Menlo" w:hAnsi="Menlo"/>
          <w:color w:val="444444"/>
          <w:sz w:val="20"/>
        </w:rPr>
        <w:t>PolyvChatroomManager</w:t>
      </w:r>
      <w:r>
        <w:rPr>
          <w:rFonts w:ascii="Source Han Sans SC" w:hAnsi="Source Han Sans SC" w:eastAsia="Source Han Sans SC" w:cs="Source Han Sans SC" w:hint="eastAsia"/>
          <w:sz w:val="21"/>
        </w:rPr>
        <w:t>是单例模式，因此通过</w:t>
      </w:r>
      <w:r>
        <w:rPr>
          <w:rFonts w:ascii="Menlo" w:hAnsi="Menlo"/>
          <w:color w:val="444444"/>
          <w:sz w:val="20"/>
        </w:rPr>
        <w:t>PolyvChatroomManager.getInstance</w:t>
      </w:r>
      <w:r>
        <w:rPr>
          <w:rFonts w:ascii="Source Han Sans SC" w:hAnsi="Source Han Sans SC" w:eastAsia="Source Han Sans SC" w:cs="Source Han Sans SC" w:hint="eastAsia"/>
          <w:sz w:val="21"/>
        </w:rPr>
        <w:t>方法即可获取到实例对象。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PolyvChatroomManager chatroomManager = PolyvChatroomManager.getInstance();</w:t>
      </w:r>
    </w:p>
    <w:p>
      <w:pPr>
        <w:pStyle w:val="Heading3"/>
      </w:pPr>
      <w:r>
        <w:t>3.2 初始化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 * 初始化</w:t>
        <w:br/>
        <w:t xml:space="preserve">  */</w:t>
        <w:br/>
        <w:t>void init();</w:t>
      </w:r>
    </w:p>
    <w:p>
      <w:pPr>
        <w:pStyle w:val="Heading3"/>
      </w:pPr>
      <w:r>
        <w:t>3.3 设置监听器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//设置严禁词监听器</w:t>
        <w:br/>
        <w:t>PolyvChatroomManager.getInstance().setProhibitedWordListener(IPolyvProhibitedWordListener l);</w:t>
        <w:br/>
        <w:br/>
        <w:t>//设置聊天信息监听器，聊天室是通过PolyvSocketWrapper接收信息的</w:t>
        <w:br/>
        <w:t>PolyvSocketWrapper.getInstance().getSocketObserver().addOnMessageListener(PLVSocketMessageObserver.OnMessageListener l)</w:t>
      </w:r>
    </w:p>
    <w:p>
      <w:pPr>
        <w:pStyle w:val="Heading3"/>
      </w:pPr>
      <w:r>
        <w:t>3.4 发送信息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发送聊天信息至聊天室</w:t>
        <w:br/>
        <w:t xml:space="preserve"> *</w:t>
        <w:br/>
        <w:t xml:space="preserve"> * @param localMessage 聊天信息实体</w:t>
        <w:br/>
        <w:t xml:space="preserve"> * @param sessionId    直播或回放的场次id，没有时可以传null</w:t>
        <w:br/>
        <w:t xml:space="preserve"> * @return {@link PolyvLocalMessage.SendValue}</w:t>
        <w:br/>
        <w:t xml:space="preserve"> */</w:t>
        <w:br/>
        <w:t>int sendChatMessage(PolyvLocalMessage localMessage, String sessionId);</w:t>
        <w:br/>
        <w:br/>
        <w:t>/**</w:t>
        <w:br/>
        <w:t xml:space="preserve"> * 发送聊天信息至聊天室</w:t>
        <w:br/>
        <w:t xml:space="preserve"> *</w:t>
        <w:br/>
        <w:t xml:space="preserve"> * @param localMessage   聊天信息实体</w:t>
        <w:br/>
        <w:t xml:space="preserve"> * @param sessionId      直播或回放的场次id，没有时可以传null</w:t>
        <w:br/>
        <w:t xml:space="preserve"> * @param needIdCallback 是否需要回调信息id</w:t>
        <w:br/>
        <w:t xml:space="preserve"> * @param ack            ack回调</w:t>
        <w:br/>
        <w:t xml:space="preserve"> * @return</w:t>
        <w:br/>
        <w:t xml:space="preserve"> */</w:t>
        <w:br/>
        <w:t>int sendChatMessage(PolyvLocalMessage localMessage, String sessionId, boolean needIdCallback, Ack ack);</w:t>
        <w:br/>
        <w:br/>
        <w:t>/**</w:t>
        <w:br/>
        <w:t xml:space="preserve"> * 发送提问信息</w:t>
        <w:br/>
        <w:t xml:space="preserve"> *</w:t>
        <w:br/>
        <w:t xml:space="preserve"> * @param questionMessage</w:t>
        <w:br/>
        <w:t xml:space="preserve"> * @return {@link PolyvLocalMessage.SendValue}</w:t>
        <w:br/>
        <w:t xml:space="preserve"> */</w:t>
        <w:br/>
        <w:t>int sendQuestionMessage(PolyvQuestionMessage questionMessage);</w:t>
        <w:br/>
        <w:br/>
        <w:t>/**</w:t>
        <w:br/>
        <w:t xml:space="preserve"> * 发送自定义信息</w:t>
        <w:br/>
        <w:t xml:space="preserve"> *</w:t>
        <w:br/>
        <w:t xml:space="preserve"> * @param baseCustomEvent 自定义信息模型类</w:t>
        <w:br/>
        <w:t xml:space="preserve"> * @param &lt;DataBean&gt;</w:t>
        <w:br/>
        <w:t xml:space="preserve"> */</w:t>
        <w:br/>
        <w:t>&lt;DataBean&gt; void sendCustomMsg(PolyvBaseCustomEvent&lt;DataBean&gt; baseCustomEvent);</w:t>
        <w:br/>
        <w:br/>
        <w:t>/**</w:t>
        <w:br/>
        <w:t xml:space="preserve">  * 发送点赞</w:t>
        <w:br/>
        <w:t xml:space="preserve">  *</w:t>
        <w:br/>
        <w:t xml:space="preserve">  * @param sessionId 直播或回放的场次id，没有时可以传null</w:t>
        <w:br/>
        <w:t xml:space="preserve">  */</w:t>
        <w:br/>
        <w:t>void sendLikes(String sessionId);</w:t>
        <w:br/>
        <w:br/>
        <w:t>/**</w:t>
        <w:br/>
        <w:t xml:space="preserve">  * 发送点赞</w:t>
        <w:br/>
        <w:t xml:space="preserve">  *</w:t>
        <w:br/>
        <w:t xml:space="preserve">  * @param sessionId 直播或回放的场次id，没有时可以传null</w:t>
        <w:br/>
        <w:t xml:space="preserve">  */</w:t>
        <w:br/>
        <w:t>void sendLikes(int count, String sessionId);</w:t>
        <w:br/>
        <w:br/>
        <w:t>/**</w:t>
        <w:br/>
        <w:t xml:space="preserve">  * 发送聊天图片</w:t>
        <w:br/>
        <w:t xml:space="preserve">  */</w:t>
        <w:br/>
        <w:t>void sendChatImage(PolyvSendLocalImgEvent localImgEvent, String sessionId);</w:t>
      </w:r>
    </w:p>
    <w:p>
      <w:pPr>
        <w:pStyle w:val="Heading3"/>
      </w:pPr>
      <w:r>
        <w:t>3.5 销毁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销毁</w:t>
        <w:br/>
        <w:t xml:space="preserve"> */</w:t>
        <w:br/>
        <w:t>void destroy();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5-核心common-聊天室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