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4-核心common-播放器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MVP模式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Presenter实现逻辑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2.1.1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2.1.2 注册mvp-view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SDK核心类介绍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创建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设置监听器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开始播放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3.5 播放控制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播放器模块位于</w:t>
      </w:r>
      <w:r>
        <w:rPr>
          <w:rFonts w:ascii="Menlo" w:hAnsi="Menlo"/>
          <w:color w:val="444444"/>
          <w:sz w:val="20"/>
        </w:rPr>
        <w:t>polyvLiveCommonModul</w:t>
      </w:r>
      <w:r>
        <w:rPr>
          <w:rFonts w:ascii="Source Han Sans SC" w:hAnsi="Source Han Sans SC" w:eastAsia="Source Han Sans SC" w:cs="Source Han Sans SC" w:hint="eastAsia"/>
          <w:sz w:val="21"/>
        </w:rPr>
        <w:t>模块的</w:t>
      </w:r>
      <w:r>
        <w:rPr>
          <w:rFonts w:ascii="Menlo" w:hAnsi="Menlo"/>
          <w:color w:val="444444"/>
          <w:sz w:val="20"/>
        </w:rPr>
        <w:t>player</w:t>
      </w:r>
      <w:r>
        <w:rPr>
          <w:rFonts w:ascii="Source Han Sans SC" w:hAnsi="Source Han Sans SC" w:eastAsia="Source Han Sans SC" w:cs="Source Han Sans SC" w:hint="eastAsia"/>
          <w:sz w:val="21"/>
        </w:rPr>
        <w:t>包下，包含直播以及回放播放器。该模块采用mvp模式设计，将view层对sdk层的播放器</w:t>
      </w:r>
      <w:r>
        <w:rPr>
          <w:rFonts w:ascii="Menlo" w:hAnsi="Menlo"/>
          <w:color w:val="444444"/>
          <w:sz w:val="20"/>
        </w:rPr>
        <w:t>videoView</w:t>
      </w:r>
      <w:r>
        <w:rPr>
          <w:rFonts w:ascii="Source Han Sans SC" w:hAnsi="Source Han Sans SC" w:eastAsia="Source Han Sans SC" w:cs="Source Han Sans SC" w:hint="eastAsia"/>
          <w:sz w:val="21"/>
        </w:rPr>
        <w:t>的直接调用隔离开，并将多个场景中对</w:t>
      </w:r>
      <w:r>
        <w:rPr>
          <w:rFonts w:ascii="Menlo" w:hAnsi="Menlo"/>
          <w:color w:val="444444"/>
          <w:sz w:val="20"/>
        </w:rPr>
        <w:t>videoView</w:t>
      </w:r>
      <w:r>
        <w:rPr>
          <w:rFonts w:ascii="Source Han Sans SC" w:hAnsi="Source Han Sans SC" w:eastAsia="Source Han Sans SC" w:cs="Source Han Sans SC" w:hint="eastAsia"/>
          <w:sz w:val="21"/>
        </w:rPr>
        <w:t>的共用代码抽离封装起来，使view层的逻辑变得更简洁，封装的presenter层负责</w:t>
      </w:r>
      <w:r>
        <w:rPr>
          <w:rFonts w:ascii="Menlo" w:hAnsi="Menlo"/>
          <w:color w:val="444444"/>
          <w:sz w:val="20"/>
        </w:rPr>
        <w:t>videoView</w:t>
      </w:r>
      <w:r>
        <w:rPr>
          <w:rFonts w:ascii="Source Han Sans SC" w:hAnsi="Source Han Sans SC" w:eastAsia="Source Han Sans SC" w:cs="Source Han Sans SC" w:hint="eastAsia"/>
          <w:sz w:val="21"/>
        </w:rPr>
        <w:t>的控制以及通知view层更新ui。</w:t>
      </w:r>
    </w:p>
    <w:p>
      <w:pPr>
        <w:pStyle w:val="Heading2"/>
      </w:pPr>
      <w:r>
        <w:t>2 MVP模式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直播播放器的mvp模式是用</w:t>
      </w:r>
      <w:r>
        <w:rPr>
          <w:rFonts w:ascii="Menlo" w:hAnsi="Menlo"/>
          <w:color w:val="444444"/>
          <w:sz w:val="20"/>
        </w:rPr>
        <w:t>IPLVLivePlayerContract</w:t>
      </w:r>
      <w:r>
        <w:rPr>
          <w:rFonts w:ascii="Source Han Sans SC" w:hAnsi="Source Han Sans SC" w:eastAsia="Source Han Sans SC" w:cs="Source Han Sans SC" w:hint="eastAsia"/>
          <w:sz w:val="21"/>
        </w:rPr>
        <w:t>作为契约类，内部定义了直播播放器mvp-view接口</w:t>
      </w:r>
      <w:r>
        <w:rPr>
          <w:rFonts w:ascii="Menlo" w:hAnsi="Menlo"/>
          <w:color w:val="444444"/>
          <w:sz w:val="20"/>
        </w:rPr>
        <w:t>ILivePlayerView</w:t>
      </w:r>
      <w:r>
        <w:rPr>
          <w:rFonts w:ascii="Source Han Sans SC" w:hAnsi="Source Han Sans SC" w:eastAsia="Source Han Sans SC" w:cs="Source Han Sans SC" w:hint="eastAsia"/>
          <w:sz w:val="21"/>
        </w:rPr>
        <w:t>，以及直播播放器mvp-presenter接口</w:t>
      </w:r>
      <w:r>
        <w:rPr>
          <w:rFonts w:ascii="Menlo" w:hAnsi="Menlo"/>
          <w:color w:val="444444"/>
          <w:sz w:val="20"/>
        </w:rPr>
        <w:t>ILivePlayerPresenter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IPLVLivePlayerContract {</w:t>
        <w:br/>
        <w:br/>
        <w:t xml:space="preserve">    // &lt;editor-fold defaultstate="collapsed" desc="1、mvp-直播播放器view层接口"&gt;</w:t>
        <w:br/>
        <w:br/>
        <w:t xml:space="preserve">    /**</w:t>
        <w:br/>
        <w:t xml:space="preserve">     * mvp-直播播放器view层接口</w:t>
        <w:br/>
        <w:t xml:space="preserve">     */</w:t>
        <w:br/>
        <w:t xml:space="preserve">    interface ILivePlayerView {</w:t>
        <w:br/>
        <w:t xml:space="preserve">        /**</w:t>
        <w:br/>
        <w:t xml:space="preserve">         * 设置presenter后的回调</w:t>
        <w:br/>
        <w:t xml:space="preserve">         */</w:t>
        <w:br/>
        <w:t xml:space="preserve">        void setPresenter(@NonNull ILivePlayerPresenter presenter);</w:t>
        <w:br/>
        <w:br/>
        <w:t xml:space="preserve">        /**</w:t>
        <w:br/>
        <w:t xml:space="preserve">         * 获取主播放器view</w:t>
        <w:br/>
        <w:t xml:space="preserve">         */</w:t>
        <w:br/>
        <w:t xml:space="preserve">        PolyvLiveVideoView getLiveVideoView();</w:t>
        <w:br/>
        <w:br/>
        <w:t xml:space="preserve">        /**</w:t>
        <w:br/>
        <w:t xml:space="preserve">         * 获取暖场播放器view</w:t>
        <w:br/>
        <w:t xml:space="preserve">         */</w:t>
        <w:br/>
        <w:t xml:space="preserve">        PolyvAuxiliaryVideoview getSubVideoView();</w:t>
        <w:br/>
        <w:br/>
        <w:t xml:space="preserve">        /**</w:t>
        <w:br/>
        <w:t xml:space="preserve">         * 获取播放器缓冲视图</w:t>
        <w:br/>
        <w:t xml:space="preserve">         */</w:t>
        <w:br/>
        <w:t xml:space="preserve">        View getBufferingIndicator();</w:t>
        <w:br/>
        <w:br/>
        <w:t xml:space="preserve">        /**</w:t>
        <w:br/>
        <w:t xml:space="preserve">         * 获取暂无直播显示的视图</w:t>
        <w:br/>
        <w:t xml:space="preserve">         */</w:t>
        <w:br/>
        <w:t xml:space="preserve">        View getNoStreamIndicator();</w:t>
        <w:br/>
        <w:br/>
        <w:t xml:space="preserve">        /**</w:t>
        <w:br/>
        <w:t xml:space="preserve">         * 子播放器开始播放回调</w:t>
        <w:br/>
        <w:t xml:space="preserve">         *</w:t>
        <w:br/>
        <w:t xml:space="preserve">         * @param isFirst 每次加载完成后是否是第一次start播放</w:t>
        <w:br/>
        <w:t xml:space="preserve">         */</w:t>
        <w:br/>
        <w:t xml:space="preserve">        void onSubVideoViewPlay(boolean isFirst);</w:t>
        <w:br/>
        <w:br/>
        <w:t xml:space="preserve">        /**</w:t>
        <w:br/>
        <w:t xml:space="preserve">         * 子播放器点击事件</w:t>
        <w:br/>
        <w:t xml:space="preserve">         *</w:t>
        <w:br/>
        <w:t xml:space="preserve">         * @param mainPlayerIsPlaying 主播放器是否在播放中</w:t>
        <w:br/>
        <w:t xml:space="preserve">         */</w:t>
        <w:br/>
        <w:t xml:space="preserve">        void onSubVideoViewClick(boolean mainPlayerIsPlaying);</w:t>
        <w:br/>
        <w:br/>
        <w:t xml:space="preserve">        /**</w:t>
        <w:br/>
        <w:t xml:space="preserve">         * 主播放器播放失败回调</w:t>
        <w:br/>
        <w:t xml:space="preserve">         *</w:t>
        <w:br/>
        <w:t xml:space="preserve">         * @param error 失败数据</w:t>
        <w:br/>
        <w:t xml:space="preserve">         * @param tips  错误提示</w:t>
        <w:br/>
        <w:t xml:space="preserve">         */</w:t>
        <w:br/>
        <w:t xml:space="preserve">        void onPlayError(PolyvPlayError error, String tips);</w:t>
        <w:br/>
        <w:br/>
        <w:t xml:space="preserve">        /**</w:t>
        <w:br/>
        <w:t xml:space="preserve">         * 暂无直播回调</w:t>
        <w:br/>
        <w:t xml:space="preserve">         */</w:t>
        <w:br/>
        <w:t xml:space="preserve">        void onNoLiveAtPresent();</w:t>
        <w:br/>
        <w:br/>
        <w:t xml:space="preserve">        /**</w:t>
        <w:br/>
        <w:t xml:space="preserve">         * 直播推流暂停回调</w:t>
        <w:br/>
        <w:t xml:space="preserve">         */</w:t>
        <w:br/>
        <w:t xml:space="preserve">        void onLiveStop();</w:t>
        <w:br/>
        <w:br/>
        <w:t xml:space="preserve">        /**</w:t>
        <w:br/>
        <w:t xml:space="preserve">         * 直播结束回调</w:t>
        <w:br/>
        <w:t xml:space="preserve">         */</w:t>
        <w:br/>
        <w:t xml:space="preserve">        void onLiveEnd();</w:t>
        <w:br/>
        <w:br/>
        <w:t xml:space="preserve">        /**</w:t>
        <w:br/>
        <w:t xml:space="preserve">         * 准备完成回调</w:t>
        <w:br/>
        <w:t xml:space="preserve">         *</w:t>
        <w:br/>
        <w:t xml:space="preserve">         * @param mediaPlayMode 音视频播放模式</w:t>
        <w:br/>
        <w:t xml:space="preserve">         */</w:t>
        <w:br/>
        <w:t xml:space="preserve">        void onPrepared(@PolyvMediaPlayMode.Mode int mediaPlayMode);</w:t>
        <w:br/>
        <w:br/>
        <w:t xml:space="preserve">        /**</w:t>
        <w:br/>
        <w:t xml:space="preserve">         * 线路切换回调</w:t>
        <w:br/>
        <w:t xml:space="preserve">         *</w:t>
        <w:br/>
        <w:t xml:space="preserve">         * @param linesPos 线路索引</w:t>
        <w:br/>
        <w:t xml:space="preserve">         */</w:t>
        <w:br/>
        <w:t xml:space="preserve">        void onLinesChanged(int linesPos);</w:t>
        <w:br/>
        <w:br/>
        <w:t xml:space="preserve">        /**</w:t>
        <w:br/>
        <w:t xml:space="preserve">         * 获取跑马灯回调</w:t>
        <w:br/>
        <w:t xml:space="preserve">         *</w:t>
        <w:br/>
        <w:t xml:space="preserve">         * @param marqueeVo  跑马灯数据</w:t>
        <w:br/>
        <w:t xml:space="preserve">         * @param viewerName 观看用户名</w:t>
        <w:br/>
        <w:t xml:space="preserve">         */</w:t>
        <w:br/>
        <w:t xml:space="preserve">        void onGetMarqueeVo(PolyvLiveMarqueeVO marqueeVo, String viewerName);</w:t>
        <w:br/>
        <w:br/>
        <w:t xml:space="preserve">        /**</w:t>
        <w:br/>
        <w:t xml:space="preserve">         * 重新开始播放回调</w:t>
        <w:br/>
        <w:t xml:space="preserve">         */</w:t>
        <w:br/>
        <w:t xml:space="preserve">        void onRestartPlay();</w:t>
        <w:br/>
        <w:br/>
        <w:t xml:space="preserve">        /**</w:t>
        <w:br/>
        <w:t xml:space="preserve">         * 手势触发的亮度改变事件</w:t>
        <w:br/>
        <w:t xml:space="preserve">         *</w:t>
        <w:br/>
        <w:t xml:space="preserve">         * @param changeValue 亮度值，范围：[0,100]</w:t>
        <w:br/>
        <w:t xml:space="preserve">         * @param isEnd       手势是否结束</w:t>
        <w:br/>
        <w:t xml:space="preserve">         * @return 是否要改变亮度</w:t>
        <w:br/>
        <w:t xml:space="preserve">         */</w:t>
        <w:br/>
        <w:t xml:space="preserve">        boolean onLightChanged(int changeValue, boolean isEnd);</w:t>
        <w:br/>
        <w:br/>
        <w:t xml:space="preserve">        /**</w:t>
        <w:br/>
        <w:t xml:space="preserve">         * 手势触发的音量改变事件，changeValue：，return：是否要改变音量</w:t>
        <w:br/>
        <w:t xml:space="preserve">         *</w:t>
        <w:br/>
        <w:t xml:space="preserve">         * @param changeValue 音量值，范围：[0,100]</w:t>
        <w:br/>
        <w:t xml:space="preserve">         * @param isEnd       手势是否结束</w:t>
        <w:br/>
        <w:t xml:space="preserve">         * @return 是否要改变音量</w:t>
        <w:br/>
        <w:t xml:space="preserve">         */</w:t>
        <w:br/>
        <w:t xml:space="preserve">        boolean onVolumeChanged(int changeValue, boolean isEnd);</w:t>
        <w:br/>
        <w:br/>
        <w:t xml:space="preserve">        /**</w:t>
        <w:br/>
        <w:t xml:space="preserve">         * 该频道直播的服务端弹幕开关</w:t>
        <w:br/>
        <w:t xml:space="preserve">         *</w:t>
        <w:br/>
        <w:t xml:space="preserve">         * @param isServerDanmuOpen true：开启了弹幕，false：关闭了弹幕</w:t>
        <w:br/>
        <w:t xml:space="preserve">         */</w:t>
        <w:br/>
        <w:t xml:space="preserve">        void onServerDanmuOpen(boolean isServerDanmuOpen);</w:t>
        <w:br/>
        <w:br/>
        <w:t xml:space="preserve">        /**</w:t>
        <w:br/>
        <w:t xml:space="preserve">         * 根据频道的类型，决定是否要显示ppt</w:t>
        <w:br/>
        <w:t xml:space="preserve">         *</w:t>
        <w:br/>
        <w:t xml:space="preserve">         * @param visible {@link View#VISIBLE}</w:t>
        <w:br/>
        <w:t xml:space="preserve">         */</w:t>
        <w:br/>
        <w:t xml:space="preserve">        void onShowPPTView(int visible);</w:t>
        <w:br/>
        <w:br/>
        <w:t xml:space="preserve">        /**</w:t>
        <w:br/>
        <w:t xml:space="preserve">         * 断网重连</w:t>
        <w:br/>
        <w:t xml:space="preserve">         *</w:t>
        <w:br/>
        <w:t xml:space="preserve">         * @return true表示不使用播放器内部重连逻辑，false表示使用。</w:t>
        <w:br/>
        <w:t xml:space="preserve">         */</w:t>
        <w:br/>
        <w:t xml:space="preserve">        boolean onNetworkRecover();</w:t>
        <w:br/>
        <w:t xml:space="preserve">    }</w:t>
        <w:br/>
        <w:t xml:space="preserve">    // &lt;/editor-fold&gt;</w:t>
        <w:br/>
        <w:br/>
        <w:t xml:space="preserve">    // &lt;editor-fold defaultstate="collapsed" desc="2、mvp-直播播放器presenter层接口"&gt;</w:t>
        <w:br/>
        <w:br/>
        <w:t xml:space="preserve">    /**</w:t>
        <w:br/>
        <w:t xml:space="preserve">     * mvp-直播播放器presenter层接口</w:t>
        <w:br/>
        <w:t xml:space="preserve">     */</w:t>
        <w:br/>
        <w:t xml:space="preserve">    interface ILivePlayerPresenter {</w:t>
        <w:br/>
        <w:t xml:space="preserve">        /**</w:t>
        <w:br/>
        <w:t xml:space="preserve">         * 注册view</w:t>
        <w:br/>
        <w:t xml:space="preserve">         */</w:t>
        <w:br/>
        <w:t xml:space="preserve">        void registerView(@NonNull ILivePlayerView v);</w:t>
        <w:br/>
        <w:br/>
        <w:t xml:space="preserve">        /**</w:t>
        <w:br/>
        <w:t xml:space="preserve">         * 解除注册的view</w:t>
        <w:br/>
        <w:t xml:space="preserve">         */</w:t>
        <w:br/>
        <w:t xml:space="preserve">        void unregisterView();</w:t>
        <w:br/>
        <w:br/>
        <w:t xml:space="preserve">        /**</w:t>
        <w:br/>
        <w:t xml:space="preserve">         * 初始化播放器配置</w:t>
        <w:br/>
        <w:t xml:space="preserve">         */</w:t>
        <w:br/>
        <w:t xml:space="preserve">        void init();</w:t>
        <w:br/>
        <w:br/>
        <w:t xml:space="preserve">        /**</w:t>
        <w:br/>
        <w:t xml:space="preserve">         * 开始播放</w:t>
        <w:br/>
        <w:t xml:space="preserve">         */</w:t>
        <w:br/>
        <w:t xml:space="preserve">        void startPlay();</w:t>
        <w:br/>
        <w:br/>
        <w:t xml:space="preserve">        /**</w:t>
        <w:br/>
        <w:t xml:space="preserve">         * 重新开始播放</w:t>
        <w:br/>
        <w:t xml:space="preserve">         */</w:t>
        <w:br/>
        <w:t xml:space="preserve">        void restartPlay();</w:t>
        <w:br/>
        <w:br/>
        <w:t xml:space="preserve">        /**</w:t>
        <w:br/>
        <w:t xml:space="preserve">         * 暂停播放</w:t>
        <w:br/>
        <w:t xml:space="preserve">         */</w:t>
        <w:br/>
        <w:t xml:space="preserve">        void pause();</w:t>
        <w:br/>
        <w:br/>
        <w:t xml:space="preserve">        /**</w:t>
        <w:br/>
        <w:t xml:space="preserve">         * 恢复播放</w:t>
        <w:br/>
        <w:t xml:space="preserve">         */</w:t>
        <w:br/>
        <w:t xml:space="preserve">        void resume();</w:t>
        <w:br/>
        <w:br/>
        <w:t xml:space="preserve">        /**</w:t>
        <w:br/>
        <w:t xml:space="preserve">         * 停止播放</w:t>
        <w:br/>
        <w:t xml:space="preserve">         */</w:t>
        <w:br/>
        <w:t xml:space="preserve">        void stop();</w:t>
        <w:br/>
        <w:br/>
        <w:t xml:space="preserve">        /**</w:t>
        <w:br/>
        <w:t xml:space="preserve">         * 是否在播放中</w:t>
        <w:br/>
        <w:t xml:space="preserve">         */</w:t>
        <w:br/>
        <w:t xml:space="preserve">        boolean isPlaying();</w:t>
        <w:br/>
        <w:br/>
        <w:t xml:space="preserve">        /**</w:t>
        <w:br/>
        <w:t xml:space="preserve">         * 获取可以切换的线路数量</w:t>
        <w:br/>
        <w:t xml:space="preserve">         */</w:t>
        <w:br/>
        <w:t xml:space="preserve">        int getLinesCount();</w:t>
        <w:br/>
        <w:br/>
        <w:t xml:space="preserve">        //获取当前线路可以切换的码率(清晰度)信息</w:t>
        <w:br/>
        <w:t xml:space="preserve">        @Nullable</w:t>
        <w:br/>
        <w:t xml:space="preserve">        List&lt;PolyvDefinitionVO&gt; getBitrateVO();</w:t>
        <w:br/>
        <w:br/>
        <w:t xml:space="preserve">        /**</w:t>
        <w:br/>
        <w:t xml:space="preserve">         * 获取播放模式</w:t>
        <w:br/>
        <w:t xml:space="preserve">         *</w:t>
        <w:br/>
        <w:t xml:space="preserve">         * @return @{@link PolyvMediaPlayMode.Mode}</w:t>
        <w:br/>
        <w:t xml:space="preserve">         */</w:t>
        <w:br/>
        <w:t xml:space="preserve">        int getMediaPlayMode();</w:t>
        <w:br/>
        <w:br/>
        <w:t xml:space="preserve">        /**</w:t>
        <w:br/>
        <w:t xml:space="preserve">         * 改变播放模式</w:t>
        <w:br/>
        <w:t xml:space="preserve">         */</w:t>
        <w:br/>
        <w:t xml:space="preserve">        void changeMediaPlayMode(@PolyvMediaPlayMode.Mode int mediaPlayMode);</w:t>
        <w:br/>
        <w:br/>
        <w:t xml:space="preserve">        /**</w:t>
        <w:br/>
        <w:t xml:space="preserve">         * 切换线路</w:t>
        <w:br/>
        <w:t xml:space="preserve">         *</w:t>
        <w:br/>
        <w:t xml:space="preserve">         * @param linesPos 线路索引</w:t>
        <w:br/>
        <w:t xml:space="preserve">         */</w:t>
        <w:br/>
        <w:t xml:space="preserve">        void changeLines(int linesPos);</w:t>
        <w:br/>
        <w:br/>
        <w:t xml:space="preserve">        /**</w:t>
        <w:br/>
        <w:t xml:space="preserve">         * 切换码率</w:t>
        <w:br/>
        <w:t xml:space="preserve">         *</w:t>
        <w:br/>
        <w:t xml:space="preserve">         * @param bitRate 码率索引</w:t>
        <w:br/>
        <w:t xml:space="preserve">         */</w:t>
        <w:br/>
        <w:t xml:space="preserve">        void changeBitRate(int bitRate);</w:t>
        <w:br/>
        <w:br/>
        <w:t xml:space="preserve">        /**</w:t>
        <w:br/>
        <w:t xml:space="preserve">         * 截图</w:t>
        <w:br/>
        <w:t xml:space="preserve">         *</w:t>
        <w:br/>
        <w:t xml:space="preserve">         * @return 截图的图片</w:t>
        <w:br/>
        <w:t xml:space="preserve">         */</w:t>
        <w:br/>
        <w:t xml:space="preserve">        @Nullable</w:t>
        <w:br/>
        <w:t xml:space="preserve">        Bitmap screenshot();</w:t>
        <w:br/>
        <w:br/>
        <w:t xml:space="preserve">        /**</w:t>
        <w:br/>
        <w:t xml:space="preserve">         * 获取视频信息</w:t>
        <w:br/>
        <w:t xml:space="preserve">         *</w:t>
        <w:br/>
        <w:t xml:space="preserve">         * @return 视频信息数据</w:t>
        <w:br/>
        <w:t xml:space="preserve">         */</w:t>
        <w:br/>
        <w:t xml:space="preserve">        @Nullable</w:t>
        <w:br/>
        <w:t xml:space="preserve">        PolyvLiveChannelVO getChannelVO();</w:t>
        <w:br/>
        <w:br/>
        <w:t xml:space="preserve">        /**</w:t>
        <w:br/>
        <w:t xml:space="preserve">         * 获取当前线路索引</w:t>
        <w:br/>
        <w:t xml:space="preserve">         */</w:t>
        <w:br/>
        <w:t xml:space="preserve">        int getLinesPos();</w:t>
        <w:br/>
        <w:br/>
        <w:t xml:space="preserve">        /**</w:t>
        <w:br/>
        <w:t xml:space="preserve">         * 获取当前码率(清晰度)索引</w:t>
        <w:br/>
        <w:t xml:space="preserve">         */</w:t>
        <w:br/>
        <w:t xml:space="preserve">        int getBitratePos();</w:t>
        <w:br/>
        <w:br/>
        <w:t xml:space="preserve">        /**</w:t>
        <w:br/>
        <w:t xml:space="preserve">         * 设置系统音量</w:t>
        <w:br/>
        <w:t xml:space="preserve">         *</w:t>
        <w:br/>
        <w:t xml:space="preserve">         * @param volume 音量值，范围：[0,100]</w:t>
        <w:br/>
        <w:t xml:space="preserve">         */</w:t>
        <w:br/>
        <w:t xml:space="preserve">        void setVolume(int volume);</w:t>
        <w:br/>
        <w:br/>
        <w:t xml:space="preserve">        /**</w:t>
        <w:br/>
        <w:t xml:space="preserve">         * 获取系统音量</w:t>
        <w:br/>
        <w:t xml:space="preserve">         *</w:t>
        <w:br/>
        <w:t xml:space="preserve">         * @return 音量值，范围：[0,100]</w:t>
        <w:br/>
        <w:t xml:space="preserve">         */</w:t>
        <w:br/>
        <w:t xml:space="preserve">        int getVolume();</w:t>
        <w:br/>
        <w:br/>
        <w:t xml:space="preserve">        /**</w:t>
        <w:br/>
        <w:t xml:space="preserve">         * 设置播放器音量</w:t>
        <w:br/>
        <w:t xml:space="preserve">         *</w:t>
        <w:br/>
        <w:t xml:space="preserve">         * @param volume 音量值，范围：[0,100]</w:t>
        <w:br/>
        <w:t xml:space="preserve">         */</w:t>
        <w:br/>
        <w:t xml:space="preserve">        void setPlayerVolume(int volume);</w:t>
        <w:br/>
        <w:br/>
        <w:t xml:space="preserve">        /**</w:t>
        <w:br/>
        <w:t xml:space="preserve">         * 是否需要手势</w:t>
        <w:br/>
        <w:t xml:space="preserve">         *</w:t>
        <w:br/>
        <w:t xml:space="preserve">         * @param need true：需要，false：不需要</w:t>
        <w:br/>
        <w:t xml:space="preserve">         */</w:t>
        <w:br/>
        <w:t xml:space="preserve">        void setNeedGestureDetector(boolean need);</w:t>
        <w:br/>
        <w:br/>
        <w:t xml:space="preserve">        /**</w:t>
        <w:br/>
        <w:t xml:space="preserve">         * 获取直播播放器数据</w:t>
        <w:br/>
        <w:t xml:space="preserve">         */</w:t>
        <w:br/>
        <w:t xml:space="preserve">        @NonNull</w:t>
        <w:br/>
        <w:t xml:space="preserve">        PLVLivePlayerData getData();</w:t>
        <w:br/>
        <w:br/>
        <w:t xml:space="preserve">        /**</w:t>
        <w:br/>
        <w:t xml:space="preserve">         * 销毁，包括销毁播放器、解除view</w:t>
        <w:br/>
        <w:t xml:space="preserve">         */</w:t>
        <w:br/>
        <w:t xml:space="preserve">        void destroy();</w:t>
        <w:br/>
        <w:t xml:space="preserve">    }</w:t>
        <w:br/>
        <w:t xml:space="preserve">    // &lt;/editor-fold&gt;</w:t>
        <w:br/>
        <w:t>}</w:t>
      </w:r>
    </w:p>
    <w:p>
      <w:pPr>
        <w:pStyle w:val="Heading3"/>
      </w:pPr>
      <w:r>
        <w:t>2.1 Presenter实现逻辑</w:t>
      </w:r>
    </w:p>
    <w:p>
      <w:r>
        <w:rPr>
          <w:rFonts w:ascii="Menlo" w:hAnsi="Menlo"/>
          <w:color w:val="444444"/>
          <w:sz w:val="20"/>
        </w:rPr>
        <w:t>ILivePlayerPresenter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的实现类为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其内部主要使用以下两个类来完成核心业务：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，直播间数据管理器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Menlo" w:hAnsi="Menlo"/>
          <w:color w:val="444444"/>
          <w:sz w:val="20"/>
        </w:rPr>
        <w:t>PolyvLiveVideoView</w:t>
      </w:r>
      <w:r>
        <w:rPr>
          <w:rFonts w:ascii="Source Han Sans SC" w:hAnsi="Source Han Sans SC" w:eastAsia="Source Han Sans SC" w:cs="Source Han Sans SC" w:hint="eastAsia"/>
          <w:sz w:val="21"/>
        </w:rPr>
        <w:t>，sdk层的播放器</w:t>
      </w:r>
      <w:r>
        <w:rPr>
          <w:rFonts w:ascii="Menlo" w:hAnsi="Menlo"/>
          <w:color w:val="444444"/>
          <w:sz w:val="20"/>
        </w:rPr>
        <w:t>videoView</w:t>
      </w:r>
    </w:p>
    <w:p>
      <w:pPr>
        <w:pStyle w:val="Heading3"/>
      </w:pPr>
      <w:r>
        <w:t>2.1.1 初始化</w:t>
      </w:r>
    </w:p>
    <w:p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在构造器中进行了如下初始化操作：引用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，创建</w:t>
      </w:r>
      <w:r>
        <w:rPr>
          <w:rFonts w:ascii="Menlo" w:hAnsi="Menlo"/>
          <w:color w:val="444444"/>
          <w:sz w:val="20"/>
        </w:rPr>
        <w:t>PLVLivePlayerData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PLVLivePlayerPresenter(@NonNull IPLVLiveRoomDataManager liveRoomDataManager) {</w:t>
        <w:br/>
        <w:t xml:space="preserve">    this.liveRoomDataManager = liveRoomDataManager;</w:t>
        <w:br/>
        <w:t xml:space="preserve">    livePlayerData = new PLVLivePlayerData();</w:t>
        <w:br/>
        <w:t>}</w:t>
      </w:r>
    </w:p>
    <w:p>
      <w:r>
        <w:rPr>
          <w:rFonts w:ascii="Menlo" w:hAnsi="Menlo"/>
          <w:color w:val="444444"/>
          <w:sz w:val="20"/>
        </w:rPr>
        <w:t>PLVLivePlayerData</w:t>
      </w:r>
      <w:r>
        <w:rPr>
          <w:rFonts w:ascii="Source Han Sans SC" w:hAnsi="Source Han Sans SC" w:eastAsia="Source Han Sans SC" w:cs="Source Han Sans SC" w:hint="eastAsia"/>
          <w:sz w:val="21"/>
        </w:rPr>
        <w:t>是直播播放器数据，内部保存的数据都是</w:t>
      </w:r>
      <w:r>
        <w:rPr>
          <w:rFonts w:ascii="Menlo" w:hAnsi="Menlo"/>
          <w:color w:val="444444"/>
          <w:sz w:val="20"/>
        </w:rPr>
        <w:t>MutableLiveData</w:t>
      </w:r>
      <w:r>
        <w:rPr>
          <w:rFonts w:ascii="Source Han Sans SC" w:hAnsi="Source Han Sans SC" w:eastAsia="Source Han Sans SC" w:cs="Source Han Sans SC" w:hint="eastAsia"/>
          <w:sz w:val="21"/>
        </w:rPr>
        <w:t>类型，主要用于提供给非mvp的view监听/获取播放器的数据，可以作用于不同业务模块间的数据监听及获取。</w:t>
      </w:r>
    </w:p>
    <w:p>
      <w:pPr>
        <w:pStyle w:val="Heading3"/>
      </w:pPr>
      <w:r>
        <w:t>2.1.2 注册mvp-view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在ui层创建好mvp-view后，通过调用mvp-presenter的</w:t>
      </w:r>
      <w:r>
        <w:rPr>
          <w:rFonts w:ascii="Menlo" w:hAnsi="Menlo"/>
          <w:color w:val="444444"/>
          <w:sz w:val="20"/>
        </w:rPr>
        <w:t>registerView</w:t>
      </w:r>
      <w:r>
        <w:rPr>
          <w:rFonts w:ascii="Source Han Sans SC" w:hAnsi="Source Han Sans SC" w:eastAsia="Source Han Sans SC" w:cs="Source Han Sans SC" w:hint="eastAsia"/>
          <w:sz w:val="21"/>
        </w:rPr>
        <w:t>方法，即可把mvp-view传给mvp-presenter，使得mvp-presenter可对mvp-view进行操作；同时mvp-presenter也会把自身传给mvp-view，使得mvp-view可以调用mvp-presenter提供的方法。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registerView(@NonNull IPLVLivePlayerContract.ILivePlayerView v) {</w:t>
        <w:br/>
        <w:t xml:space="preserve">    this.vWeakReference = new WeakReference&lt;&gt;(v);</w:t>
        <w:br/>
        <w:t xml:space="preserve">    v.setPresenter(this);</w:t>
        <w:br/>
        <w:t>}</w:t>
      </w:r>
    </w:p>
    <w:p>
      <w:pPr>
        <w:pStyle w:val="Heading2"/>
      </w:pPr>
      <w:r>
        <w:t>3 SDK核心类介绍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直播播放器的SDK核心类是</w:t>
      </w:r>
      <w:r>
        <w:rPr>
          <w:rFonts w:ascii="Menlo" w:hAnsi="Menlo"/>
          <w:color w:val="444444"/>
          <w:sz w:val="20"/>
        </w:rPr>
        <w:t>PolyvLiveVideoView</w:t>
      </w:r>
      <w:r>
        <w:rPr>
          <w:rFonts w:ascii="Source Han Sans SC" w:hAnsi="Source Han Sans SC" w:eastAsia="Source Han Sans SC" w:cs="Source Han Sans SC" w:hint="eastAsia"/>
          <w:sz w:val="21"/>
        </w:rPr>
        <w:t>，该类在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中被使用。</w:t>
      </w:r>
    </w:p>
    <w:p>
      <w:pPr>
        <w:pStyle w:val="Heading3"/>
      </w:pPr>
      <w:r>
        <w:t>3.1 创建</w:t>
      </w:r>
    </w:p>
    <w:p>
      <w:r>
        <w:rPr>
          <w:rFonts w:ascii="Menlo" w:hAnsi="Menlo"/>
          <w:color w:val="444444"/>
          <w:sz w:val="20"/>
        </w:rPr>
        <w:t>PolyvLiveVideoView</w:t>
      </w:r>
      <w:r>
        <w:rPr>
          <w:rFonts w:ascii="Source Han Sans SC" w:hAnsi="Source Han Sans SC" w:eastAsia="Source Han Sans SC" w:cs="Source Han Sans SC" w:hint="eastAsia"/>
          <w:sz w:val="21"/>
        </w:rPr>
        <w:t>是一个view，因此可以在布局中创建。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&lt;com.easefun.polyv.livescenes.video.PolyvLiveVideoView</w:t>
        <w:br/>
        <w:t xml:space="preserve">    android:id="@+id/live_video_view"</w:t>
        <w:br/>
        <w:t xml:space="preserve">    android:layout_width="match_parent"</w:t>
        <w:br/>
        <w:t xml:space="preserve">    android:layout_height="match_parent"&gt;</w:t>
        <w:br/>
        <w:t>&lt;/com.easefun.polyv.livescenes.video.PolyvLiveVideoView&gt;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</w:t>
      </w:r>
      <w:r>
        <w:rPr>
          <w:rFonts w:ascii="Menlo" w:hAnsi="Menlo"/>
          <w:color w:val="444444"/>
          <w:sz w:val="20"/>
        </w:rPr>
        <w:t>findViewById</w:t>
      </w:r>
      <w:r>
        <w:rPr>
          <w:rFonts w:ascii="Source Han Sans SC" w:hAnsi="Source Han Sans SC" w:eastAsia="Source Han Sans SC" w:cs="Source Han Sans SC" w:hint="eastAsia"/>
          <w:sz w:val="21"/>
        </w:rPr>
        <w:t>找到</w:t>
      </w:r>
      <w:r>
        <w:rPr>
          <w:rFonts w:ascii="Menlo" w:hAnsi="Menlo"/>
          <w:color w:val="444444"/>
          <w:sz w:val="20"/>
        </w:rPr>
        <w:t>PolyvLiveVideoView</w:t>
      </w:r>
      <w:r>
        <w:rPr>
          <w:rFonts w:ascii="Source Han Sans SC" w:hAnsi="Source Han Sans SC" w:eastAsia="Source Han Sans SC" w:cs="Source Han Sans SC" w:hint="eastAsia"/>
          <w:sz w:val="21"/>
        </w:rPr>
        <w:t>后，可以通过播放器mvp-view的</w:t>
      </w:r>
      <w:r>
        <w:rPr>
          <w:rFonts w:ascii="Menlo" w:hAnsi="Menlo"/>
          <w:color w:val="444444"/>
          <w:sz w:val="20"/>
        </w:rPr>
        <w:t>getLiveVideoView</w:t>
      </w:r>
      <w:r>
        <w:rPr>
          <w:rFonts w:ascii="Source Han Sans SC" w:hAnsi="Source Han Sans SC" w:eastAsia="Source Han Sans SC" w:cs="Source Han Sans SC" w:hint="eastAsia"/>
          <w:sz w:val="21"/>
        </w:rPr>
        <w:t>方法，将</w:t>
      </w:r>
      <w:r>
        <w:rPr>
          <w:rFonts w:ascii="Menlo" w:hAnsi="Menlo"/>
          <w:color w:val="444444"/>
          <w:sz w:val="20"/>
        </w:rPr>
        <w:t>PolyvLiveVideoView</w:t>
      </w:r>
      <w:r>
        <w:rPr>
          <w:rFonts w:ascii="Source Han Sans SC" w:hAnsi="Source Han Sans SC" w:eastAsia="Source Han Sans SC" w:cs="Source Han Sans SC" w:hint="eastAsia"/>
          <w:sz w:val="21"/>
        </w:rPr>
        <w:t>传给播放器mvp-presenter使用。</w:t>
      </w:r>
    </w:p>
    <w:p>
      <w:pPr>
        <w:pStyle w:val="Heading3"/>
      </w:pPr>
      <w:r>
        <w:t>3.2 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可以根据业务给</w:t>
      </w:r>
      <w:r>
        <w:rPr>
          <w:rFonts w:ascii="Menlo" w:hAnsi="Menlo"/>
          <w:color w:val="444444"/>
          <w:sz w:val="20"/>
        </w:rPr>
        <w:t>PolyvLiveVideoView</w:t>
      </w:r>
      <w:r>
        <w:rPr>
          <w:rFonts w:ascii="Source Han Sans SC" w:hAnsi="Source Han Sans SC" w:eastAsia="Source Han Sans SC" w:cs="Source Han Sans SC" w:hint="eastAsia"/>
          <w:sz w:val="21"/>
        </w:rPr>
        <w:t>配置一些view，使用示例：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PLVLCLiveMediaLayout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initVideoView() {</w:t>
        <w:br/>
        <w:t xml:space="preserve">    //设置子播放器view</w:t>
        <w:br/>
        <w:t xml:space="preserve">    videoView.setSubVideoView(subVideoView);</w:t>
        <w:br/>
        <w:t xml:space="preserve">    //设置音频模式view</w:t>
        <w:br/>
        <w:t xml:space="preserve">    videoView.setAudioModeView(audioModeView);</w:t>
        <w:br/>
        <w:t xml:space="preserve">    //设置loadingView</w:t>
        <w:br/>
        <w:t xml:space="preserve">    videoView.setPlayerBufferingIndicator(loadingView);</w:t>
        <w:br/>
        <w:t xml:space="preserve">    //设置无直播时显示的view</w:t>
        <w:br/>
        <w:t xml:space="preserve">    videoView.setNoStreamIndicator(noStreamView);</w:t>
        <w:br/>
        <w:t xml:space="preserve">    //设置直播停止时显示的view</w:t>
        <w:br/>
        <w:t xml:space="preserve">    videoView.setStopStreamIndicator(stopStreamView);</w:t>
        <w:br/>
        <w:t xml:space="preserve">    //设置控制栏</w:t>
        <w:br/>
        <w:t xml:space="preserve">    videoView.setMediaController(mediaController);</w:t>
        <w:br/>
        <w:t xml:space="preserve">    //设置跑马灯</w:t>
        <w:br/>
        <w:t xml:space="preserve">    videoView.post(new Runnable() {</w:t>
        <w:br/>
        <w:t xml:space="preserve">        @Override</w:t>
        <w:br/>
        <w:t xml:space="preserve">        public void run() {</w:t>
        <w:br/>
        <w:t xml:space="preserve">            marqueeView = ((Activity) getContext()).findViewById(R.id.plvlc_marquee_view);//after videoLayout add, post find</w:t>
        <w:br/>
        <w:t xml:space="preserve">            videoView.setMarqueeView(marqueeView, marqueeItem = new PolyvMarqueeItem());</w:t>
        <w:br/>
        <w:t xml:space="preserve">        }</w:t>
        <w:br/>
        <w:t xml:space="preserve">    });</w:t>
        <w:br/>
        <w:t>}</w:t>
      </w:r>
    </w:p>
    <w:p>
      <w:pPr>
        <w:pStyle w:val="Heading3"/>
      </w:pPr>
      <w:r>
        <w:t>3.3 设置监听器</w:t>
      </w:r>
    </w:p>
    <w:p>
      <w:r>
        <w:rPr>
          <w:rFonts w:ascii="Menlo" w:hAnsi="Menlo"/>
          <w:color w:val="444444"/>
          <w:sz w:val="20"/>
        </w:rPr>
        <w:t>PolyvLiveVideoView</w:t>
      </w:r>
      <w:r>
        <w:rPr>
          <w:rFonts w:ascii="Source Han Sans SC" w:hAnsi="Source Han Sans SC" w:eastAsia="Source Han Sans SC" w:cs="Source Han Sans SC" w:hint="eastAsia"/>
          <w:sz w:val="21"/>
        </w:rPr>
        <w:t>提供很多设置监听器以监听播放器相关的信息。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设置视频播放完成回调，只有url播放才会触发该事件</w:t>
        <w:br/>
        <w:t xml:space="preserve"> *</w:t>
        <w:br/>
        <w:t xml:space="preserve"> * @param l</w:t>
        <w:br/>
        <w:t xml:space="preserve"> */</w:t>
        <w:br/>
        <w:t>public void setOnCompletionListener(IPolyvVideoViewListenerEvent.OnCompletionListener l);</w:t>
        <w:br/>
        <w:br/>
        <w:t>/**</w:t>
        <w:br/>
        <w:t xml:space="preserve"> * 设置视频已准备好马上进入播放回调</w:t>
        <w:br/>
        <w:t xml:space="preserve"> *</w:t>
        <w:br/>
        <w:t xml:space="preserve"> * @param l</w:t>
        <w:br/>
        <w:t xml:space="preserve"> */</w:t>
        <w:br/>
        <w:t>public void setOnPreparedListener(IPolyvVideoViewListenerEvent.OnPreparedListener l);</w:t>
        <w:br/>
        <w:br/>
        <w:t>/**</w:t>
        <w:br/>
        <w:t xml:space="preserve"> * 设置视频播放器内部错误回调，只有url播放才会触发该事件</w:t>
        <w:br/>
        <w:t xml:space="preserve"> *</w:t>
        <w:br/>
        <w:t xml:space="preserve"> * @param l</w:t>
        <w:br/>
        <w:t xml:space="preserve"> */</w:t>
        <w:br/>
        <w:t>public void setOnErrorListener(IPolyvVideoViewListenerEvent.OnErrorListener l);</w:t>
        <w:br/>
        <w:br/>
        <w:t>/**</w:t>
        <w:br/>
        <w:t xml:space="preserve"> * 设置视频播放器信息有变更回调</w:t>
        <w:br/>
        <w:t xml:space="preserve"> *</w:t>
        <w:br/>
        <w:t xml:space="preserve"> * @param l</w:t>
        <w:br/>
        <w:t xml:space="preserve"> */</w:t>
        <w:br/>
        <w:t>public void setOnInfoListener(IPolyvVideoViewListenerEvent.OnInfoListener l);</w:t>
        <w:br/>
        <w:br/>
        <w:t>/**</w:t>
        <w:br/>
        <w:t xml:space="preserve"> * 设置seek完成回调，只有url播放才会触发该事件</w:t>
        <w:br/>
        <w:t xml:space="preserve"> *</w:t>
        <w:br/>
        <w:t xml:space="preserve"> * @param l</w:t>
        <w:br/>
        <w:t xml:space="preserve"> */</w:t>
        <w:br/>
        <w:t>public void setOnSeekCompleteListener(IPolyvVideoViewListenerEvent.OnSeekCompleteListener l);</w:t>
        <w:br/>
        <w:br/>
        <w:t>/**</w:t>
        <w:br/>
        <w:t xml:space="preserve"> * 设置视频尺寸改变回调</w:t>
        <w:br/>
        <w:t xml:space="preserve"> *</w:t>
        <w:br/>
        <w:t xml:space="preserve"> * @param l</w:t>
        <w:br/>
        <w:t xml:space="preserve"> */</w:t>
        <w:br/>
        <w:t>public void setOnVideoSizeChangedListener(IPolyvVideoViewListenerEvent.OnVideoSizeChangedListener l);</w:t>
        <w:br/>
        <w:br/>
        <w:br/>
        <w:t>/**</w:t>
        <w:br/>
        <w:t xml:space="preserve"> * 设置视频缓存更新回调，只有url播放才会触发该事件</w:t>
        <w:br/>
        <w:t xml:space="preserve"> *</w:t>
        <w:br/>
        <w:t xml:space="preserve"> * @param l</w:t>
        <w:br/>
        <w:t xml:space="preserve"> */</w:t>
        <w:br/>
        <w:t>public void setOnBufferingUpdateListener(IPolyvVideoViewListenerEvent.OnBufferingUpdateListener l);</w:t>
        <w:br/>
        <w:br/>
        <w:t>/**</w:t>
        <w:br/>
        <w:t xml:space="preserve"> * 设置视频播放回调</w:t>
        <w:br/>
        <w:t xml:space="preserve"> *</w:t>
        <w:br/>
        <w:t xml:space="preserve"> * @param l</w:t>
        <w:br/>
        <w:t xml:space="preserve"> */</w:t>
        <w:br/>
        <w:t>public void setOnVideoPlayListener(IPolyvVideoViewListenerEvent.OnVideoPlayListener l);</w:t>
        <w:br/>
        <w:br/>
        <w:t>/**</w:t>
        <w:br/>
        <w:t xml:space="preserve"> * 设置视频暂停回调</w:t>
        <w:br/>
        <w:t xml:space="preserve"> *</w:t>
        <w:br/>
        <w:t xml:space="preserve"> * @param l</w:t>
        <w:br/>
        <w:t xml:space="preserve"> */</w:t>
        <w:br/>
        <w:t>public void setOnVideoPauseListener(IPolyvVideoViewListenerEvent.OnVideoPauseListener l);</w:t>
        <w:br/>
        <w:br/>
        <w:br/>
        <w:t>/**</w:t>
        <w:br/>
        <w:t xml:space="preserve"> * 设置暖场图片弹出监听回调</w:t>
        <w:br/>
        <w:t xml:space="preserve"> *</w:t>
        <w:br/>
        <w:t xml:space="preserve"> * @param l</w:t>
        <w:br/>
        <w:t xml:space="preserve"> */</w:t>
        <w:br/>
        <w:t>public void setOnCoverImageOutListener(IPolyvVideoViewListenerEvent.OnCoverImageOutListener l);</w:t>
        <w:br/>
        <w:br/>
        <w:t>/**</w:t>
        <w:br/>
        <w:t xml:space="preserve"> * 设置手势左向上回调</w:t>
        <w:br/>
        <w:t xml:space="preserve"> *</w:t>
        <w:br/>
        <w:t xml:space="preserve"> * @param l</w:t>
        <w:br/>
        <w:t xml:space="preserve"> */</w:t>
        <w:br/>
        <w:t>public void setOnGestureLeftUpListener(IPolyvVideoViewListenerEvent.OnGestureLeftUpListener l);</w:t>
        <w:br/>
        <w:br/>
        <w:t>/**</w:t>
        <w:br/>
        <w:t xml:space="preserve"> * 设置手势左向下回调</w:t>
        <w:br/>
        <w:t xml:space="preserve"> *</w:t>
        <w:br/>
        <w:t xml:space="preserve"> * @param l</w:t>
        <w:br/>
        <w:t xml:space="preserve"> */</w:t>
        <w:br/>
        <w:t>public void setOnGestureLeftDownListener(IPolyvVideoViewListenerEvent.OnGestureLeftDownListener l);</w:t>
        <w:br/>
        <w:br/>
        <w:t>/**</w:t>
        <w:br/>
        <w:t xml:space="preserve"> * 设置手势右向上回调</w:t>
        <w:br/>
        <w:t xml:space="preserve"> *</w:t>
        <w:br/>
        <w:t xml:space="preserve"> * @param l</w:t>
        <w:br/>
        <w:t xml:space="preserve"> */</w:t>
        <w:br/>
        <w:t>public void setOnGestureRightUpListener(IPolyvVideoViewListenerEvent.OnGestureRightUpListener l);</w:t>
        <w:br/>
        <w:br/>
        <w:t>/**</w:t>
        <w:br/>
        <w:t xml:space="preserve"> * 设置手势右向下回调</w:t>
        <w:br/>
        <w:t xml:space="preserve"> *</w:t>
        <w:br/>
        <w:t xml:space="preserve"> * @param l</w:t>
        <w:br/>
        <w:t xml:space="preserve"> */</w:t>
        <w:br/>
        <w:t>public void setOnGestureRightDownListener(IPolyvVideoViewListenerEvent.OnGestureRightDownListener l);</w:t>
        <w:br/>
        <w:br/>
        <w:t>/**</w:t>
        <w:br/>
        <w:t xml:space="preserve"> * 设置手势左滑回调</w:t>
        <w:br/>
        <w:t xml:space="preserve"> *</w:t>
        <w:br/>
        <w:t xml:space="preserve"> * @param l</w:t>
        <w:br/>
        <w:t xml:space="preserve"> */</w:t>
        <w:br/>
        <w:t>public void setOnGestureSwipeLeftListener(IPolyvVideoViewListenerEvent.OnGestureSwipeLeftListener l);</w:t>
        <w:br/>
        <w:br/>
        <w:t>/**</w:t>
        <w:br/>
        <w:t xml:space="preserve"> * 设置手势右滑回调</w:t>
        <w:br/>
        <w:t xml:space="preserve"> *</w:t>
        <w:br/>
        <w:t xml:space="preserve"> * @param l</w:t>
        <w:br/>
        <w:t xml:space="preserve"> */</w:t>
        <w:br/>
        <w:t>public void setOnGestureSwipeRightListener(IPolyvVideoViewListenerEvent.OnGestureSwipeRightListener l);</w:t>
        <w:br/>
        <w:br/>
        <w:t>/**</w:t>
        <w:br/>
        <w:t xml:space="preserve"> * 设置手势单击回调</w:t>
        <w:br/>
        <w:t xml:space="preserve"> *</w:t>
        <w:br/>
        <w:t xml:space="preserve"> * @param l</w:t>
        <w:br/>
        <w:t xml:space="preserve"> */</w:t>
        <w:br/>
        <w:t>public void setOnGestureClickListener(IPolyvVideoViewListenerEvent.OnGestureClickListener l);</w:t>
        <w:br/>
        <w:br/>
        <w:t>/**</w:t>
        <w:br/>
        <w:t xml:space="preserve"> * 设置手势双击回调</w:t>
        <w:br/>
        <w:t xml:space="preserve"> *</w:t>
        <w:br/>
        <w:t xml:space="preserve"> * @param l</w:t>
        <w:br/>
        <w:t xml:space="preserve"> */</w:t>
        <w:br/>
        <w:t>public void setOnGestureDoubleClickListener(IPolyvVideoViewListenerEvent.OnGestureDoubleClickListener l);</w:t>
        <w:br/>
        <w:br/>
        <w:t>/**</w:t>
        <w:br/>
        <w:t xml:space="preserve"> * 设置PPT显示回掉</w:t>
        <w:br/>
        <w:t xml:space="preserve"> *</w:t>
        <w:br/>
        <w:t xml:space="preserve"> * @param l</w:t>
        <w:br/>
        <w:t xml:space="preserve"> */</w:t>
        <w:br/>
        <w:t>public void setOnPPTShowListener(IPolyvVideoViewListenerEvent.OnPPTShowListener l);</w:t>
        <w:br/>
        <w:br/>
        <w:t>/**</w:t>
        <w:br/>
        <w:t xml:space="preserve"> * 设置视频重新加载</w:t>
        <w:br/>
        <w:t xml:space="preserve"> *</w:t>
        <w:br/>
        <w:t xml:space="preserve"> * @param l</w:t>
        <w:br/>
        <w:t xml:space="preserve"> */</w:t>
        <w:br/>
        <w:t>public void setOnVideoViewRestartListener(IPolyvVideoViewListenerEvent.OnVideoViewRestart l);</w:t>
        <w:br/>
        <w:br/>
        <w:t>/**</w:t>
        <w:br/>
        <w:t xml:space="preserve"> * 设置获取直播后台设置的跑马灯样式的监听器</w:t>
        <w:br/>
        <w:t xml:space="preserve"> *</w:t>
        <w:br/>
        <w:t xml:space="preserve"> * @param l</w:t>
        <w:br/>
        <w:t xml:space="preserve"> */</w:t>
        <w:br/>
        <w:t>public void setOnGetMarqueeVoListener(IPolyvVideoViewListenerEvent.OnGetMarqueeVoListener l);</w:t>
        <w:br/>
        <w:br/>
        <w:t>/**</w:t>
        <w:br/>
        <w:t xml:space="preserve"> * 设置SEI信息回调</w:t>
        <w:br/>
        <w:t xml:space="preserve"> *</w:t>
        <w:br/>
        <w:t xml:space="preserve"> * @param l</w:t>
        <w:br/>
        <w:t xml:space="preserve"> */</w:t>
        <w:br/>
        <w:t>void setOnSEIRefreshListener(IPolyvVideoViewListenerEvent.OnSEIRefreshListener l);</w:t>
        <w:br/>
        <w:br/>
        <w:t>/**</w:t>
        <w:br/>
        <w:t xml:space="preserve"> * 设置网络状态监听器回调</w:t>
        <w:br/>
        <w:t xml:space="preserve"> *</w:t>
        <w:br/>
        <w:t xml:space="preserve"> * @param l</w:t>
        <w:br/>
        <w:t xml:space="preserve"> */</w:t>
        <w:br/>
        <w:t>void setOnNetworkStateListener(IPolyvVideoViewListenerEvent.OnNetworkStateListener l);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设置监听器的示例可以在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中找到。</w:t>
      </w:r>
    </w:p>
    <w:p>
      <w:pPr>
        <w:pStyle w:val="Heading3"/>
      </w:pPr>
      <w:r>
        <w:t>3.4 开始播放</w:t>
      </w:r>
    </w:p>
    <w:p>
      <w:r>
        <w:rPr>
          <w:rFonts w:ascii="Menlo" w:hAnsi="Menlo"/>
          <w:color w:val="444444"/>
          <w:sz w:val="20"/>
        </w:rPr>
        <w:t>PolyvLiveVideoView</w:t>
      </w:r>
      <w:r>
        <w:rPr>
          <w:rFonts w:ascii="Source Han Sans SC" w:hAnsi="Source Han Sans SC" w:eastAsia="Source Han Sans SC" w:cs="Source Han Sans SC" w:hint="eastAsia"/>
          <w:sz w:val="21"/>
        </w:rPr>
        <w:t>提供了开始播放视频的方法。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点播与直播的播放入口</w:t>
        <w:br/>
        <w:t xml:space="preserve"> *</w:t>
        <w:br/>
        <w:t xml:space="preserve"> * @param params 请求数据实体的结构 通过这个结构可以统一点播与直播的播放入口</w:t>
        <w:br/>
        <w:t xml:space="preserve"> * @param mode   播放的类型，确定需要解析的参数</w:t>
        <w:br/>
        <w:t xml:space="preserve"> */</w:t>
        <w:br/>
        <w:t>@MainThread</w:t>
        <w:br/>
        <w:t>void playByMode(PolyvBaseVideoParams params, @PLVPlayOption.PlayMode int mode);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该方法在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做了封装，播放器mvp-view调用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startPlay</w:t>
      </w:r>
      <w:r>
        <w:rPr>
          <w:rFonts w:ascii="Source Han Sans SC" w:hAnsi="Source Han Sans SC" w:eastAsia="Source Han Sans SC" w:cs="Source Han Sans SC" w:hint="eastAsia"/>
          <w:sz w:val="21"/>
        </w:rPr>
        <w:t>方法即可开始播放视频。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startPlay() {</w:t>
        <w:br/>
        <w:t xml:space="preserve">    PolyvLiveVideoParams liveVideoParams = new PolyvLiveVideoParams(</w:t>
        <w:br/>
        <w:t xml:space="preserve">            getConfig().getChannelId(),</w:t>
        <w:br/>
        <w:t xml:space="preserve">            getConfig().getAccount().getUserId(),</w:t>
        <w:br/>
        <w:t xml:space="preserve">            getConfig().getUser().getViewerId()</w:t>
        <w:br/>
        <w:t xml:space="preserve">    );</w:t>
        <w:br/>
        <w:t xml:space="preserve">    liveVideoParams.buildOptions(PolyvBaseVideoParams.WAIT_AD, true)</w:t>
        <w:br/>
        <w:t xml:space="preserve">            .buildOptions(PolyvBaseVideoParams.MARQUEE, true)</w:t>
        <w:br/>
        <w:t xml:space="preserve">            .buildOptions(PolyvBaseVideoParams.PARAMS2, getConfig().getUser().getViewerName());</w:t>
        <w:br/>
        <w:t xml:space="preserve">    if (videoView != null) {</w:t>
        <w:br/>
        <w:t xml:space="preserve">        videoView.playByMode(liveVideoParams, PLVPlayOption.PLAYMODE_LIVE);</w:t>
        <w:br/>
        <w:t xml:space="preserve">    }</w:t>
        <w:br/>
        <w:t xml:space="preserve">    startPlayProgressTimer();</w:t>
        <w:br/>
        <w:t>}</w:t>
      </w:r>
    </w:p>
    <w:p>
      <w:pPr>
        <w:pStyle w:val="Heading3"/>
      </w:pPr>
      <w:r>
        <w:t>3.5 播放控制</w:t>
      </w:r>
    </w:p>
    <w:p>
      <w:r>
        <w:rPr>
          <w:rFonts w:ascii="Menlo" w:hAnsi="Menlo"/>
          <w:color w:val="444444"/>
          <w:sz w:val="20"/>
        </w:rPr>
        <w:t>PolyvLiveVideoView</w:t>
      </w:r>
      <w:r>
        <w:rPr>
          <w:rFonts w:ascii="Source Han Sans SC" w:hAnsi="Source Han Sans SC" w:eastAsia="Source Han Sans SC" w:cs="Source Han Sans SC" w:hint="eastAsia"/>
          <w:sz w:val="21"/>
        </w:rPr>
        <w:t>提供了以下的播放控制方法。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//开始</w:t>
        <w:br/>
        <w:t>void start();</w:t>
        <w:br/>
        <w:t>//暂停</w:t>
        <w:br/>
        <w:t>void pause();</w:t>
        <w:br/>
        <w:t>//停止</w:t>
        <w:br/>
        <w:t>void stopPlay();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以上方法也在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中做了封装，更多播放器相关方法的调用都可以参考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实现的接口</w:t>
      </w:r>
      <w:r>
        <w:rPr>
          <w:rFonts w:ascii="Menlo" w:hAnsi="Menlo"/>
          <w:color w:val="444444"/>
          <w:sz w:val="20"/>
        </w:rPr>
        <w:t>ILivePlayerPresenter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4-核心common-播放器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