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3-核心common-数据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PLVLiveRoomDataManager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IPLVLiveRoomDataManager</w:t>
      </w:r>
    </w:p>
    <w:p>
      <w:pPr>
        <w:pStyle w:val="Heading2"/>
      </w:pPr>
      <w:r>
        <w:t>1 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数据模块位于</w:t>
      </w:r>
      <w:r>
        <w:rPr>
          <w:rFonts w:ascii="Menlo" w:hAnsi="Menlo"/>
          <w:color w:val="444444"/>
          <w:sz w:val="20"/>
        </w:rPr>
        <w:t>polyvLiveCommonModul</w:t>
      </w:r>
      <w:r>
        <w:rPr>
          <w:rFonts w:ascii="Source Han Sans SC" w:hAnsi="Source Han Sans SC" w:eastAsia="Source Han Sans SC" w:cs="Source Han Sans SC" w:hint="eastAsia"/>
          <w:sz w:val="21"/>
        </w:rPr>
        <w:t>模块的</w:t>
      </w:r>
      <w:r>
        <w:rPr>
          <w:rFonts w:ascii="Menlo" w:hAnsi="Menlo"/>
          <w:color w:val="444444"/>
          <w:sz w:val="20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>包下，数据模块包括的数据有：配置数据、http数据、业务模块数据等。这里把这些数据统一称为直播间数据，并且使用</w:t>
      </w:r>
      <w:r>
        <w:rPr>
          <w:rFonts w:ascii="Menlo" w:hAnsi="Menlo"/>
          <w:color w:val="444444"/>
          <w:sz w:val="20"/>
        </w:rPr>
        <w:t>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管理它们。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PLVLiveRoomDataManager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直播间数据管理器，实现</w:t>
      </w:r>
      <w:r>
        <w:rPr>
          <w:rFonts w:ascii="Menlo" w:hAnsi="Menlo"/>
          <w:color w:val="444444"/>
          <w:sz w:val="20"/>
        </w:rPr>
        <w:t>IPLVLiveRoomDataManager</w:t>
      </w:r>
      <w:r>
        <w:rPr>
          <w:rFonts w:ascii="Source Han Sans SC" w:hAnsi="Source Han Sans SC" w:eastAsia="Source Han Sans SC" w:cs="Source Han Sans SC" w:hint="eastAsia"/>
          <w:sz w:val="21"/>
        </w:rPr>
        <w:t>接口。负责调用</w:t>
      </w:r>
      <w:r>
        <w:rPr>
          <w:rFonts w:ascii="Menlo" w:hAnsi="Menlo"/>
          <w:color w:val="444444"/>
          <w:sz w:val="20"/>
        </w:rPr>
        <w:t>IPLVLiveRoomDataRequester</w:t>
      </w:r>
      <w:r>
        <w:rPr>
          <w:rFonts w:ascii="Source Han Sans SC" w:hAnsi="Source Han Sans SC" w:eastAsia="Source Han Sans SC" w:cs="Source Han Sans SC" w:hint="eastAsia"/>
          <w:sz w:val="21"/>
        </w:rPr>
        <w:t>获取http数据，存放http数据、配置数据、以及各个业务模块间公用的数据，因此需要每个业务模块间持有同个直播间数据管理器对象。使用示例：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PLVLCCloudClassActivity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直播间数据管理器，每个业务初始化所需的参数</w:t>
        <w:br/>
        <w:t>private IPLVLiveRoomDataManager liveRoomDataManager;</w:t>
        <w:br/>
        <w:br/>
        <w:t>private void initLiveRoomManager() {</w:t>
        <w:br/>
        <w:t xml:space="preserve">    // 使用PLVLiveChannelConfigFiller配置好直播参数后，用其创建直播间数据管理器实例</w:t>
        <w:br/>
        <w:t xml:space="preserve">    liveRoomDataManager = new PLVLiveRoomDataManager(PLVLiveChannelConfigFiller.generateNewChannelConfig());</w:t>
        <w:br/>
        <w:br/>
        <w:t xml:space="preserve">    // 进行网络请求，获取上报观看热度</w:t>
        <w:br/>
        <w:t xml:space="preserve">    liveRoomDataManager.requestPageViewer();</w:t>
        <w:br/>
        <w:br/>
        <w:t xml:space="preserve">    // 进行网络请求，获取直播详情数据</w:t>
        <w:br/>
        <w:t xml:space="preserve">    liveRoomDataManager.requestChannelDetail();</w:t>
        <w:br/>
        <w:br/>
        <w:t xml:space="preserve">    // 进行网络请求，获取功能开关数据</w:t>
        <w:br/>
        <w:t xml:space="preserve">    liveRoomDataManager.requestChannelSwitch();</w:t>
        <w:br/>
        <w:t>}</w:t>
      </w:r>
    </w:p>
    <w:p>
      <w:pPr>
        <w:pStyle w:val="Heading3"/>
      </w:pPr>
      <w:r>
        <w:t>2.2 IPLVLiveRoomDataManager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直播间数据管理器实现的接口。定义了：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1、获取config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2、本地数据获取、设置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3、http接口请求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4、销毁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IPLVLiveRoomDataManager {</w:t>
        <w:br/>
        <w:br/>
        <w:t xml:space="preserve">    // &lt;editor-fold defaultstate="collapsed" desc="1、获取config"&gt;</w:t>
        <w:br/>
        <w:br/>
        <w:t xml:space="preserve">    /**</w:t>
        <w:br/>
        <w:t xml:space="preserve">     * 获取直播频道参数信息</w:t>
        <w:br/>
        <w:t xml:space="preserve">     */</w:t>
        <w:br/>
        <w:t xml:space="preserve">    @NonNull</w:t>
        <w:br/>
        <w:t xml:space="preserve">    PLVLiveChannelConfig getConfig();</w:t>
        <w:br/>
        <w:t xml:space="preserve">    // &lt;/editor-fold&gt;</w:t>
        <w:br/>
        <w:br/>
        <w:t xml:space="preserve">    // &lt;editor-fold defaultstate="collapsed" desc="2、本地数据获取、设置"&gt;</w:t>
        <w:br/>
        <w:br/>
        <w:t xml:space="preserve">    /**</w:t>
        <w:br/>
        <w:t xml:space="preserve">     * 获取观看热度数据liveData</w:t>
        <w:br/>
        <w:t xml:space="preserve">     */</w:t>
        <w:br/>
        <w:t xml:space="preserve">    LiveData&lt;PLVStatefulData&lt;Integer&gt;&gt; getPageViewerData();</w:t>
        <w:br/>
        <w:br/>
        <w:t xml:space="preserve">    /**</w:t>
        <w:br/>
        <w:t xml:space="preserve">     * 获取直播详情数据LiveData</w:t>
        <w:br/>
        <w:t xml:space="preserve">     */</w:t>
        <w:br/>
        <w:t xml:space="preserve">    LiveData&lt;PLVStatefulData&lt;PolyvLiveClassDetailVO&gt;&gt; getClassDetailVO();</w:t>
        <w:br/>
        <w:br/>
        <w:t xml:space="preserve">    /**</w:t>
        <w:br/>
        <w:t xml:space="preserve">     * 获取功能开关数据LiveData</w:t>
        <w:br/>
        <w:t xml:space="preserve">     */</w:t>
        <w:br/>
        <w:t xml:space="preserve">    LiveData&lt;PLVStatefulData&lt;PolyvChatFunctionSwitchVO&gt;&gt; getFunctionSwitchVO();</w:t>
        <w:br/>
        <w:br/>
        <w:t xml:space="preserve">    /**</w:t>
        <w:br/>
        <w:t xml:space="preserve">     * 获取直播商品数据LiveData</w:t>
        <w:br/>
        <w:t xml:space="preserve">     */</w:t>
        <w:br/>
        <w:t xml:space="preserve">    LiveData&lt;PLVStatefulData&lt;PolyvCommodityVO&gt;&gt; getCommodityVO();</w:t>
        <w:br/>
        <w:br/>
        <w:t xml:space="preserve">    /**</w:t>
        <w:br/>
        <w:t xml:space="preserve">     * 获取直播状态LiveData</w:t>
        <w:br/>
        <w:t xml:space="preserve">     */</w:t>
        <w:br/>
        <w:t xml:space="preserve">    LiveData&lt;PLVStatefulData&lt;PLVLiveRoomDataManager.LiveStatus&gt;&gt; getLiveStatusData();</w:t>
        <w:br/>
        <w:br/>
        <w:t xml:space="preserve">    /**</w:t>
        <w:br/>
        <w:t xml:space="preserve">     * 获取请求商品接口的rank</w:t>
        <w:br/>
        <w:t xml:space="preserve">     */</w:t>
        <w:br/>
        <w:t xml:space="preserve">    int getCommodityRank();</w:t>
        <w:br/>
        <w:br/>
        <w:t xml:space="preserve">    /**</w:t>
        <w:br/>
        <w:t xml:space="preserve">     * 设置sessionId</w:t>
        <w:br/>
        <w:t xml:space="preserve">     */</w:t>
        <w:br/>
        <w:t xml:space="preserve">    void setSessionId(String sessionId);</w:t>
        <w:br/>
        <w:br/>
        <w:t xml:space="preserve">    /**</w:t>
        <w:br/>
        <w:t xml:space="preserve">     * 获取sessionId</w:t>
        <w:br/>
        <w:t xml:space="preserve">     */</w:t>
        <w:br/>
        <w:t xml:space="preserve">    String getSessionId();</w:t>
        <w:br/>
        <w:t xml:space="preserve">    // &lt;/editor-fold&gt;</w:t>
        <w:br/>
        <w:br/>
        <w:t xml:space="preserve">    // &lt;editor-fold defaultstate="collapsed" desc="3、http接口请求"&gt;</w:t>
        <w:br/>
        <w:br/>
        <w:t xml:space="preserve">    /**</w:t>
        <w:br/>
        <w:t xml:space="preserve">     * 上报观看热度</w:t>
        <w:br/>
        <w:t xml:space="preserve">     */</w:t>
        <w:br/>
        <w:t xml:space="preserve">    void requestPageViewer();</w:t>
        <w:br/>
        <w:br/>
        <w:t xml:space="preserve">    /**</w:t>
        <w:br/>
        <w:t xml:space="preserve">     * 获取直播详情数据</w:t>
        <w:br/>
        <w:t xml:space="preserve">     */</w:t>
        <w:br/>
        <w:t xml:space="preserve">    void requestChannelDetail();</w:t>
        <w:br/>
        <w:br/>
        <w:t xml:space="preserve">    /**</w:t>
        <w:br/>
        <w:t xml:space="preserve">     * 获取功能开关数据</w:t>
        <w:br/>
        <w:t xml:space="preserve">     */</w:t>
        <w:br/>
        <w:t xml:space="preserve">    void requestChannelSwitch();</w:t>
        <w:br/>
        <w:br/>
        <w:t xml:space="preserve">    /**</w:t>
        <w:br/>
        <w:t xml:space="preserve">     * 获取商品信息</w:t>
        <w:br/>
        <w:t xml:space="preserve">     */</w:t>
        <w:br/>
        <w:t xml:space="preserve">    void requestProductList();</w:t>
        <w:br/>
        <w:br/>
        <w:t xml:space="preserve">    /**</w:t>
        <w:br/>
        <w:t xml:space="preserve">     * 获取直播状态</w:t>
        <w:br/>
        <w:t xml:space="preserve">     */</w:t>
        <w:br/>
        <w:t xml:space="preserve">    void requestLiveStatus();</w:t>
        <w:br/>
        <w:br/>
        <w:t xml:space="preserve">    /**</w:t>
        <w:br/>
        <w:t xml:space="preserve">     * 获取商品信息</w:t>
        <w:br/>
        <w:t xml:space="preserve">     *</w:t>
        <w:br/>
        <w:t xml:space="preserve">     * @param rank 不传排序号会返回列表最前面的数据，传rank后返回rank之后的商品列表。传-1时和不传的结果一致。</w:t>
        <w:br/>
        <w:t xml:space="preserve">     */</w:t>
        <w:br/>
        <w:t xml:space="preserve">    void requestProductList(int rank);</w:t>
        <w:br/>
        <w:t xml:space="preserve">    // &lt;/editor-fold&gt;</w:t>
        <w:br/>
        <w:br/>
        <w:t xml:space="preserve">    // &lt;editor-fold defaultstate="collapsed" desc="4、销毁"&gt;</w:t>
        <w:br/>
        <w:br/>
        <w:t xml:space="preserve">    /**</w:t>
        <w:br/>
        <w:t xml:space="preserve">     * 销毁，取消所有的接口请求</w:t>
        <w:br/>
        <w:t xml:space="preserve">     */</w:t>
        <w:br/>
        <w:t xml:space="preserve">    void destroy();</w:t>
        <w:br/>
        <w:t xml:space="preserve">    // &lt;/editor-fold&gt;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3-核心common-数据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