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6 6-互动学堂场景-聊天室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初始化视图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初始化数据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包括发言、回复、历史记录等功能。聊天室模块在UI、交互、功能上，相较于其他模块，都会更复杂更庞大。因此设计、搭建、维护一个聊天室，也是一件较为费时费力的事情。我们推荐直接使用保利威封装好的聊天室模块，该部分代码完全开源，支持直接使用，以及二次开发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互动学堂中聊天室是一个弹层布局，调用聊天室布局的构造函数、设置回调监听，并调用其初始化方法以完成初始化。在需要打开聊天室的时候，调用其</w:t>
      </w:r>
      <w:r>
        <w:rPr>
          <w:rFonts w:ascii="Menlo" w:hAnsi="Menlo"/>
          <w:color w:val="444444"/>
          <w:sz w:val="20"/>
        </w:rPr>
        <w:t>show()</w:t>
      </w:r>
      <w:r>
        <w:rPr>
          <w:rFonts w:ascii="Source Han Sans SC" w:hAnsi="Source Han Sans SC" w:eastAsia="Source Han Sans SC" w:cs="Source Han Sans SC" w:hint="eastAsia"/>
          <w:sz w:val="21"/>
        </w:rPr>
        <w:t>方法显示即可。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聊天室布局构造、设置回调监听</w:t>
        <w:br/>
        <w:t>private void initChatroomLayout() {</w:t>
        <w:br/>
        <w:t xml:space="preserve">    chatroomLayout = new PLVHCChatroomLayout(getContext());</w:t>
        <w:br/>
        <w:t xml:space="preserve">    chatroomLayout.setOnViewActionListener(new IPLVHCChatroomLayout.OnViewActionListener() {</w:t>
        <w:br/>
        <w:t xml:space="preserve">        // 聊天室布局的回调监听 ...</w:t>
        <w:br/>
        <w:t xml:space="preserve">    });</w:t>
        <w:br/>
        <w:t>}</w:t>
        <w:br/>
        <w:br/>
        <w:t>// 初始化数据</w:t>
        <w:br/>
        <w:t>chatroomLayout.init(liveRoomDataManager);</w:t>
        <w:br/>
        <w:br/>
        <w:t>// 需要显示的时候，调用show</w:t>
        <w:br/>
        <w:t>chatroomLayout.show(getWidth(), smallScreenHeight, smallScreenLocation);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详细的调用代码以及和其他模块的通信，请参考</w:t>
      </w:r>
      <w:r>
        <w:rPr>
          <w:rFonts w:ascii="Menlo" w:hAnsi="Menlo"/>
          <w:color w:val="444444"/>
          <w:sz w:val="20"/>
        </w:rPr>
        <w:t>PLVHCToolBarLayout</w:t>
      </w:r>
      <w:r>
        <w:rPr>
          <w:rFonts w:ascii="Source Han Sans SC" w:hAnsi="Source Han Sans SC" w:eastAsia="Source Han Sans SC" w:cs="Source Han Sans SC" w:hint="eastAsia"/>
          <w:sz w:val="21"/>
        </w:rPr>
        <w:t>类中的代码调用。</w:t>
      </w:r>
    </w:p>
    <w:p>
      <w:pPr>
        <w:pStyle w:val="Heading2"/>
      </w:pPr>
      <w:r>
        <w:t>3 接口介绍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互动学堂聊天室布局的接口定义为</w:t>
      </w:r>
      <w:r>
        <w:rPr>
          <w:rFonts w:ascii="Menlo" w:hAnsi="Menlo"/>
          <w:color w:val="444444"/>
          <w:sz w:val="20"/>
        </w:rPr>
        <w:t>IPLVHCChatroomLayout</w:t>
      </w:r>
      <w:r>
        <w:rPr>
          <w:rFonts w:ascii="Source Han Sans SC" w:hAnsi="Source Han Sans SC" w:eastAsia="Source Han Sans SC" w:cs="Source Han Sans SC" w:hint="eastAsia"/>
          <w:sz w:val="21"/>
        </w:rPr>
        <w:t>，接口定义了可供外部直接调用的功能方法，以及需要外部响应的事件监听器。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提供给外部的可直接调用功能方法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初始化</w:t>
        <w:br/>
        <w:t xml:space="preserve"> *</w:t>
        <w:br/>
        <w:t xml:space="preserve"> * @param liveRoomDataManager 直播间数据管理器</w:t>
        <w:br/>
        <w:t xml:space="preserve"> */</w:t>
        <w:br/>
        <w:t>void init(IPLVLiveRoomDataManager liveRoomDataManager);</w:t>
        <w:br/>
        <w:br/>
        <w:t>/**</w:t>
        <w:br/>
        <w:t xml:space="preserve"> * 设置view交互事件监听器</w:t>
        <w:br/>
        <w:t xml:space="preserve"> *</w:t>
        <w:br/>
        <w:t xml:space="preserve"> * @param listener 监听器</w:t>
        <w:br/>
        <w:t xml:space="preserve"> */</w:t>
        <w:br/>
        <w:t>void setOnViewActionListener(OnViewActionListener listener);</w:t>
        <w:br/>
        <w:br/>
        <w:t>/**</w:t>
        <w:br/>
        <w:t xml:space="preserve"> * 获取聊天室presenter</w:t>
        <w:br/>
        <w:t xml:space="preserve"> *</w:t>
        <w:br/>
        <w:t xml:space="preserve"> * @return 聊天室presenter</w:t>
        <w:br/>
        <w:t xml:space="preserve"> */</w:t>
        <w:br/>
        <w:t>IPLVChatroomContract.IChatroomPresenter getChatroomPresenter();</w:t>
        <w:br/>
        <w:br/>
        <w:t>/**</w:t>
        <w:br/>
        <w:t xml:space="preserve"> * 课节准备中</w:t>
        <w:br/>
        <w:t xml:space="preserve"> */</w:t>
        <w:br/>
        <w:t>void onLessonPreparing(long serverTime, long lessonStartTime);</w:t>
        <w:br/>
        <w:br/>
        <w:t>/**</w:t>
        <w:br/>
        <w:t xml:space="preserve"> * 课节开始</w:t>
        <w:br/>
        <w:t xml:space="preserve"> */</w:t>
        <w:br/>
        <w:t>void onLessonStarted();</w:t>
        <w:br/>
        <w:br/>
        <w:t>/**</w:t>
        <w:br/>
        <w:t xml:space="preserve"> * 课节结束</w:t>
        <w:br/>
        <w:t xml:space="preserve"> */</w:t>
        <w:br/>
        <w:t>void onLessonEnd(long inClassTime);</w:t>
        <w:br/>
        <w:br/>
        <w:t>/**</w:t>
        <w:br/>
        <w:t xml:space="preserve"> * 处理图片选择结果</w:t>
        <w:br/>
        <w:t xml:space="preserve"> *</w:t>
        <w:br/>
        <w:t xml:space="preserve"> * @param data 数据</w:t>
        <w:br/>
        <w:t xml:space="preserve"> */</w:t>
        <w:br/>
        <w:t>void handleImgSelectResult(Intent data);</w:t>
        <w:br/>
        <w:br/>
        <w:t>/**</w:t>
        <w:br/>
        <w:t xml:space="preserve"> * 显示布局</w:t>
        <w:br/>
        <w:t xml:space="preserve"> */</w:t>
        <w:br/>
        <w:t>void show(int viewWidth, int viewHeight, int[] viewLocation);</w:t>
        <w:br/>
        <w:br/>
        <w:t>/**</w:t>
        <w:br/>
        <w:t xml:space="preserve"> * 隐藏</w:t>
        <w:br/>
        <w:t xml:space="preserve"> */</w:t>
        <w:br/>
        <w:t>void hide();</w:t>
        <w:br/>
        <w:br/>
        <w:t>/**</w:t>
        <w:br/>
        <w:t xml:space="preserve"> * 是否显示状态</w:t>
        <w:br/>
        <w:t xml:space="preserve"> *</w:t>
        <w:br/>
        <w:t xml:space="preserve"> * @return true：显示，false：不显示</w:t>
        <w:br/>
        <w:t xml:space="preserve"> */</w:t>
        <w:br/>
        <w:t>boolean isShown();</w:t>
        <w:br/>
        <w:br/>
        <w:t>/**</w:t>
        <w:br/>
        <w:t xml:space="preserve"> * 是否拦截返回事件</w:t>
        <w:br/>
        <w:t xml:space="preserve"> *</w:t>
        <w:br/>
        <w:t xml:space="preserve"> * @return true：拦截，false：不拦截</w:t>
        <w:br/>
        <w:t xml:space="preserve"> */</w:t>
        <w:br/>
        <w:t>boolean onBackPressed();</w:t>
        <w:br/>
        <w:br/>
        <w:t>/**</w:t>
        <w:br/>
        <w:t xml:space="preserve"> * 销毁，释放资源</w:t>
        <w:br/>
        <w:t xml:space="preserve"> */</w:t>
        <w:br/>
        <w:t>void destroy();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需要外部响应的事件监听器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view交互事件监听器</w:t>
        <w:br/>
        <w:t xml:space="preserve"> */</w:t>
        <w:br/>
        <w:t>interface OnViewActionListener {</w:t>
        <w:br/>
        <w:t xml:space="preserve">    /**</w:t>
        <w:br/>
        <w:t xml:space="preserve">     * 可见性改变回调</w:t>
        <w:br/>
        <w:t xml:space="preserve">     *</w:t>
        <w:br/>
        <w:t xml:space="preserve">     * @param isVisible true：显示，false：隐藏</w:t>
        <w:br/>
        <w:t xml:space="preserve">     */</w:t>
        <w:br/>
        <w:t xml:space="preserve">    void onVisibilityChanged(boolean isVisible);</w:t>
        <w:br/>
        <w:br/>
        <w:t xml:space="preserve">    /**</w:t>
        <w:br/>
        <w:t xml:space="preserve">     * 未读信息数改变</w:t>
        <w:br/>
        <w:t xml:space="preserve">     *</w:t>
        <w:br/>
        <w:t xml:space="preserve">     * @param currentUnreadCount 未读信息数</w:t>
        <w:br/>
        <w:t xml:space="preserve">     */</w:t>
        <w:br/>
        <w:t xml:space="preserve">    void onUnreadMsgCountChanged(int currentUnreadCount);</w:t>
        <w:br/>
        <w:t>}</w:t>
      </w:r>
    </w:p>
    <w:p>
      <w:pPr>
        <w:pStyle w:val="Heading2"/>
      </w:pPr>
      <w:r>
        <w:t>4 实现介绍</w:t>
      </w:r>
    </w:p>
    <w:p>
      <w:r>
        <w:rPr>
          <w:rFonts w:ascii="Menlo" w:hAnsi="Menlo"/>
          <w:color w:val="444444"/>
          <w:sz w:val="20"/>
        </w:rPr>
        <w:t>IPLVHCChatroomLayout</w:t>
      </w:r>
      <w:r>
        <w:rPr>
          <w:rFonts w:ascii="Source Han Sans SC" w:hAnsi="Source Han Sans SC" w:eastAsia="Source Han Sans SC" w:cs="Source Han Sans SC" w:hint="eastAsia"/>
          <w:sz w:val="21"/>
        </w:rPr>
        <w:t>的实现类是</w:t>
      </w:r>
      <w:r>
        <w:rPr>
          <w:rFonts w:ascii="Menlo" w:hAnsi="Menlo"/>
          <w:color w:val="444444"/>
          <w:sz w:val="20"/>
        </w:rPr>
        <w:t>PLVHCChatroomLayout</w:t>
      </w:r>
      <w:r>
        <w:rPr>
          <w:rFonts w:ascii="Source Han Sans SC" w:hAnsi="Source Han Sans SC" w:eastAsia="Source Han Sans SC" w:cs="Source Han Sans SC" w:hint="eastAsia"/>
          <w:sz w:val="21"/>
        </w:rPr>
        <w:t>，包括聊天消息列表、发送信息输入框、表情布局、点赞布局等子布局。</w:t>
      </w:r>
    </w:p>
    <w:p>
      <w:pPr>
        <w:pStyle w:val="Heading3"/>
      </w:pPr>
      <w:r>
        <w:t>4.1 初始化视图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初始化视图在聊天室布局构造时执行，包括聊天室子视图的创建、回调监听设置、消息列表初始化，以及表情列表初始化等。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initView() {</w:t>
        <w:br/>
        <w:t xml:space="preserve">    LayoutInflater.from(getContext()).inflate(R.layout.plvhc_chatroom_layout, this);</w:t>
        <w:br/>
        <w:br/>
        <w:t xml:space="preserve">    // findViewById ...</w:t>
        <w:br/>
        <w:br/>
        <w:t xml:space="preserve">    // setOnClickListener ...</w:t>
        <w:br/>
        <w:br/>
        <w:t xml:space="preserve">    plvhcChatroomCallInputEt.setOnTouchListener(new OnTouchListener() {</w:t>
        <w:br/>
        <w:t xml:space="preserve">        @Override</w:t>
        <w:br/>
        <w:t xml:space="preserve">        public boolean onTouch(View v, MotionEvent event) {</w:t>
        <w:br/>
        <w:t xml:space="preserve">            if (event.getAction() == MotionEvent.ACTION_UP) {</w:t>
        <w:br/>
        <w:t xml:space="preserve">                v.callOnClick();</w:t>
        <w:br/>
        <w:t xml:space="preserve">            }</w:t>
        <w:br/>
        <w:t xml:space="preserve">            return true;</w:t>
        <w:br/>
        <w:t xml:space="preserve">        }</w:t>
        <w:br/>
        <w:t xml:space="preserve">    });</w:t>
        <w:br/>
        <w:t xml:space="preserve">    plvhcChatroomChatMsgRv.setOnTouchListener(new OnTouchListener() {</w:t>
        <w:br/>
        <w:t xml:space="preserve">        @Override</w:t>
        <w:br/>
        <w:t xml:space="preserve">        public boolean onTouch(View v, MotionEvent event) {</w:t>
        <w:br/>
        <w:t xml:space="preserve">            if (event.getAction() == MotionEvent.ACTION_DOWN) {</w:t>
        <w:br/>
        <w:t xml:space="preserve">                closeEmojiSmallLayout();</w:t>
        <w:br/>
        <w:t xml:space="preserve">            }</w:t>
        <w:br/>
        <w:t xml:space="preserve">            return false;</w:t>
        <w:br/>
        <w:t xml:space="preserve">        }</w:t>
        <w:br/>
        <w:t xml:space="preserve">    });</w:t>
        <w:br/>
        <w:br/>
        <w:t xml:space="preserve">    // 初始化聊天室列表</w:t>
        <w:br/>
        <w:t xml:space="preserve">    PLVMessageRecyclerView.setLayoutManager(plvhcChatroomChatMsgRv).setStackFromEnd(false);</w:t>
        <w:br/>
        <w:t xml:space="preserve">    plvhcChatroomChatMsgRv.addItemDecoration(new PLVMessageRecyclerView.SpacesItemDecoration(ConvertUtils.dp2px(12), 0));</w:t>
        <w:br/>
        <w:t xml:space="preserve">    chatMessageAdapter = new PLVHCMessageAdapter();</w:t>
        <w:br/>
        <w:t xml:space="preserve">    chatMessageAdapter.setOnViewActionListener(new PLVHCMessageAdapter.OnViewActionListener() {</w:t>
        <w:br/>
        <w:t xml:space="preserve">        // 聊天消息列表回调监听 ...</w:t>
        <w:br/>
        <w:t xml:space="preserve">    });</w:t>
        <w:br/>
        <w:t xml:space="preserve">    plvhcChatroomChatMsgRv.setAdapter(chatMessageAdapter);</w:t>
        <w:br/>
        <w:t xml:space="preserve">    plvhcChatroomChatMsgRv.addUnreadView(plvhcChatroomMoreMsgTv);</w:t>
        <w:br/>
        <w:t xml:space="preserve">    plvhcChatroomChatMsgRv.addOnUnreadCountChangeListener(new PLVMessageRecyclerView.OnUnreadCountChangeListener() {</w:t>
        <w:br/>
        <w:t xml:space="preserve">        @Override</w:t>
        <w:br/>
        <w:t xml:space="preserve">        public void onChange(int currentUnreadCount) {</w:t>
        <w:br/>
        <w:t xml:space="preserve">            plvhcChatroomMoreMsgTv.setText(currentUnreadCount + "条新信息");</w:t>
        <w:br/>
        <w:t xml:space="preserve">        }</w:t>
        <w:br/>
        <w:t xml:space="preserve">    });</w:t>
        <w:br/>
        <w:br/>
        <w:t xml:space="preserve">    // 初始化下拉加载历史记录控件</w:t>
        <w:br/>
        <w:t xml:space="preserve">    plvhcChatroomSwipeLoadView.setColorSchemeResources(android.R.color.holo_blue_light, android.R.color.holo_red_light,</w:t>
        <w:br/>
        <w:t xml:space="preserve">            android.R.color.holo_orange_light, android.R.color.holo_green_light);</w:t>
        <w:br/>
        <w:t xml:space="preserve">    plvhcChatroomSwipeLoadView.setOnRefreshListener(new SwipeRefreshLayout.OnRefreshListener() {</w:t>
        <w:br/>
        <w:t xml:space="preserve">        @Override</w:t>
        <w:br/>
        <w:t xml:space="preserve">        public void onRefresh() {</w:t>
        <w:br/>
        <w:t xml:space="preserve">            chatroomPresenter.requestChatHistory(chatroomPresenter.getViewIndex(chatroomView));</w:t>
        <w:br/>
        <w:t xml:space="preserve">        }</w:t>
        <w:br/>
        <w:t xml:space="preserve">    });</w:t>
        <w:br/>
        <w:br/>
        <w:t xml:space="preserve">    // 初始化表情列表</w:t>
        <w:br/>
        <w:t xml:space="preserve">    PLVHCChatroomUtils.initEmojiList(plvhcChatroomEmojiRv, plvhcChatroomCallInputEt);</w:t>
        <w:br/>
        <w:br/>
        <w:t xml:space="preserve">    // 默认不可用状态</w:t>
        <w:br/>
        <w:t xml:space="preserve">    disableChatroom();</w:t>
        <w:br/>
        <w:t>}</w:t>
      </w:r>
    </w:p>
    <w:p>
      <w:pPr>
        <w:pStyle w:val="Heading3"/>
      </w:pPr>
      <w:r>
        <w:t>4.2 初始化数据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初始化数据包括数据管理器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的接收保存、Presenter</w:t>
      </w:r>
      <w:r>
        <w:rPr>
          <w:rFonts w:ascii="Menlo" w:hAnsi="Menlo"/>
          <w:color w:val="444444"/>
          <w:sz w:val="20"/>
        </w:rPr>
        <w:t>IChatroomPresenter</w:t>
      </w:r>
      <w:r>
        <w:rPr>
          <w:rFonts w:ascii="Source Han Sans SC" w:hAnsi="Source Han Sans SC" w:eastAsia="Source Han Sans SC" w:cs="Source Han Sans SC" w:hint="eastAsia"/>
          <w:sz w:val="21"/>
        </w:rPr>
        <w:t>的注册和初始化、历史聊天数据的请求，以及聊天室 socket 的登录。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init(IPLVLiveRoomDataManager liveRoomDataManager) {</w:t>
        <w:br/>
        <w:t xml:space="preserve">    this.liveRoomDataManager = liveRoomDataManager;</w:t>
        <w:br/>
        <w:t xml:space="preserve">    String userType = liveRoomDataManager.getConfig().getUser().getViewerType();</w:t>
        <w:br/>
        <w:t xml:space="preserve">    isTeacherType = PLVSocketUserConstant.USERTYPE_TEACHER.equals(userType);</w:t>
        <w:br/>
        <w:t xml:space="preserve">    plvhcChatroomCloseRoomIv.setVisibility(isTeacherType ? View.VISIBLE : View.GONE);</w:t>
        <w:br/>
        <w:br/>
        <w:t xml:space="preserve">    this.chatroomPresenter = new PLVChatroomPresenter(liveRoomDataManager);</w:t>
        <w:br/>
        <w:t xml:space="preserve">    this.chatroomPresenter.registerView(chatroomView);</w:t>
        <w:br/>
        <w:t xml:space="preserve">    this.chatroomPresenter.init();</w:t>
        <w:br/>
        <w:t xml:space="preserve">    //请求一次历史记录</w:t>
        <w:br/>
        <w:t xml:space="preserve">    chatroomPresenter.requestChatHistory(chatroomPresenter.getViewIndex(chatroomView));</w:t>
        <w:br/>
        <w:br/>
        <w:t xml:space="preserve">    initSocketLoginManager();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聊天室以 mvp 模式实现，具体交互逻辑在</w:t>
      </w:r>
      <w:r>
        <w:rPr>
          <w:rFonts w:ascii="Menlo" w:hAnsi="Menlo"/>
          <w:color w:val="444444"/>
          <w:sz w:val="20"/>
        </w:rPr>
        <w:t>chatroomView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内实现，详情可以参考代码块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聊天室 - MVP模式的view层实现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6-互动学堂场景-聊天室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