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6 2-互动学堂场景-登录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PLVLoginHiClassActivity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PLVHCRoleSelectFragment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PLVHCTeacherLoginFragment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PLVHCTeacherCompanyFragment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3.5 PLVHCLessonSelectFragment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3.6 PLVHCStudentLoginFragment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3.7 PLVHCStudentVerifyFragment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互动学堂场景登录功能的界面实现为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PLVLoginHiClassActivity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互动学堂场景下定义的 讲师登录、学生登录 的 共用界面。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讲师登录流程：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选择老师角色-&gt;输入账号、密码，登录验证-&gt;选择公司，登录验证-&gt;验证成功，获取课节列表页面-&gt;选择其中一个课节，进入上课页。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当讲师重复出现在多个公司时，则讲师需要选择公司，否则不需要。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学生使用课节号登录流程：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选择学生角色-&gt;输入课节号，课节验证-&gt;输入名称+/验证/学生码，登录验证-&gt;验证成功，进入上课页。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学生使用课程号登录流程：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选择学生角色-&gt;输入课程号，课程验证-&gt;输入名称+/验证/学生码，登录验证-&gt;验证成功，获取课节列表页面-&gt;选择其中一个课节，进入上课页。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因为整个登录系统有多个流程，每个流程的UI交互都不一样，因此在demo中使用一个Activity+ViewPager+多个Fragment实现。以下示例讲师登录验证的方式，代码如下：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//讲师登录验证示例</w:t>
        <w:br/>
        <w:t>loginManager.loginHiClassTeacher(</w:t>
        <w:br/>
        <w:tab/>
        <w:t>areaCode,</w:t>
        <w:br/>
        <w:tab/>
        <w:t>account,</w:t>
        <w:br/>
        <w:tab/>
        <w:t>password,</w:t>
        <w:br/>
        <w:tab/>
        <w:t>null,</w:t>
        <w:br/>
        <w:tab/>
        <w:t>null,</w:t>
        <w:br/>
        <w:tab/>
        <w:t>new IPLVSceneLoginManager.OnLoginListener&lt;PLVHCTeacherLoginVO&gt;() {</w:t>
        <w:br/>
        <w:tab/>
        <w:t xml:space="preserve">    @Override</w:t>
        <w:br/>
        <w:tab/>
        <w:t xml:space="preserve">    public void onLoginSuccess(PLVHCTeacherLoginVO result) {</w:t>
        <w:br/>
        <w:tab/>
        <w:tab/>
        <w:t>if (result == null</w:t>
        <w:br/>
        <w:tab/>
        <w:tab/>
        <w:tab/>
        <w:t>|| result.getStatus() == null</w:t>
        <w:br/>
        <w:tab/>
        <w:tab/>
        <w:tab/>
        <w:t>|| loginViewModel == null</w:t>
        <w:br/>
        <w:tab/>
        <w:tab/>
        <w:tab/>
        <w:t>|| getContext() == null) {</w:t>
        <w:br/>
        <w:tab/>
        <w:tab/>
        <w:t xml:space="preserve">    return;</w:t>
        <w:br/>
        <w:tab/>
        <w:tab/>
        <w:t>}</w:t>
        <w:br/>
        <w:br/>
        <w:tab/>
        <w:tab/>
        <w:t>PLVHCTeacherLoginAccountVO accountVO = new PLVHCTeacherLoginAccountVO();</w:t>
        <w:br/>
        <w:tab/>
        <w:tab/>
        <w:t>accountVO.setAreaCode(areaCode);</w:t>
        <w:br/>
        <w:tab/>
        <w:tab/>
        <w:t>accountVO.setAccount(account);</w:t>
        <w:br/>
        <w:tab/>
        <w:tab/>
        <w:t>accountVO.setPassword(password);</w:t>
        <w:br/>
        <w:tab/>
        <w:tab/>
        <w:t>loginViewModel.getTeacherLoginAccountLiveData().setValue(accountVO);</w:t>
        <w:br/>
        <w:br/>
        <w:tab/>
        <w:tab/>
        <w:t>saveLastLoginAccount(areaCode, account);</w:t>
        <w:br/>
        <w:tab/>
        <w:tab/>
        <w:t>saveLastLoginPassword(plvhcLoginTeacherRememberPasswordCb.isChecked(), password);</w:t>
        <w:br/>
        <w:tab/>
        <w:tab/>
        <w:t>saveAgreeContract(true);</w:t>
        <w:br/>
        <w:br/>
        <w:tab/>
        <w:tab/>
        <w:t>if (result.getStatus() == PLVHCTeacherLoginVO.STATUS_LOGIN_SELECT_COMPANY) {</w:t>
        <w:br/>
        <w:tab/>
        <w:tab/>
        <w:t xml:space="preserve">    List&lt;PLVHCLoginCompanyVO&gt; loginCompanyVOList = new ArrayList&lt;&gt;();</w:t>
        <w:br/>
        <w:tab/>
        <w:tab/>
        <w:t xml:space="preserve">    for (PLVHCTeacherLoginResultVO.CompanyVO companyVO : result.getCompanyList()) {</w:t>
        <w:br/>
        <w:tab/>
        <w:tab/>
        <w:tab/>
        <w:tab/>
        <w:t>loginCompanyVOList.add(PLVHCLoginCompanyVO.fromLoginResult(companyVO));</w:t>
        <w:br/>
        <w:tab/>
        <w:tab/>
        <w:t xml:space="preserve">    }</w:t>
        <w:br/>
        <w:tab/>
        <w:tab/>
        <w:t xml:space="preserve">    loginViewModel.getCompanyListLiveData().setValue(loginCompanyVOList);</w:t>
        <w:br/>
        <w:tab/>
        <w:tab/>
        <w:t xml:space="preserve">    KeyboardUtils.hideSoftInput(plvhcLoginTeacherPasswordEt);</w:t>
        <w:br/>
        <w:t xml:space="preserve">            //进入选择公司页</w:t>
        <w:br/>
        <w:tab/>
        <w:tab/>
        <w:t xml:space="preserve">    PLVHCLoginFragmentManager.getInstance().addLast(PLVHCLoginFragmentManager.FRAG_TEACHER_COMPANY);</w:t>
        <w:br/>
        <w:tab/>
        <w:tab/>
        <w:t>} else if (result.getStatus() == PLVHCTeacherLoginVO.STATUS_LOGIN_SUCCESS) {</w:t>
        <w:br/>
        <w:tab/>
        <w:tab/>
        <w:t xml:space="preserve">    if (result.getSuccessData() != null) {</w:t>
        <w:br/>
        <w:tab/>
        <w:tab/>
        <w:tab/>
        <w:t>PLVHCLoginDataVO loginTokenVO = new PLVHCLoginDataVO();</w:t>
        <w:br/>
        <w:tab/>
        <w:tab/>
        <w:tab/>
        <w:t>loginTokenVO.setRole(PLVSocketUserConstant.USERTYPE_TEACHER);</w:t>
        <w:br/>
        <w:tab/>
        <w:tab/>
        <w:tab/>
        <w:t>loginTokenVO.setToken(result.getSuccessData().getToken());</w:t>
        <w:br/>
        <w:tab/>
        <w:tab/>
        <w:tab/>
        <w:t>loginTokenVO.setNickname(result.getSuccessData().getNickname());</w:t>
        <w:br/>
        <w:tab/>
        <w:tab/>
        <w:tab/>
        <w:t>loginTokenVO.setViewerId(result.getSuccessData().getViewerId());</w:t>
        <w:br/>
        <w:tab/>
        <w:tab/>
        <w:tab/>
        <w:t>loginViewModel.setLoginDataVOWithSave(loginTokenVO, timestamp);</w:t>
        <w:br/>
        <w:br/>
        <w:tab/>
        <w:tab/>
        <w:tab/>
        <w:t>List&lt;PLVHCLoginLessonVO&gt; loginLessonVOList = listMap(result.getSuccessData().getLessonList(),</w:t>
        <w:br/>
        <w:tab/>
        <w:tab/>
        <w:tab/>
        <w:tab/>
        <w:t>new PLVSugarUtil.Function&lt;PLVHCTeacherLoginResultVO.DataVO.LessonVO, PLVHCLoginLessonVO&gt;() {</w:t>
        <w:br/>
        <w:tab/>
        <w:tab/>
        <w:tab/>
        <w:tab/>
        <w:t xml:space="preserve">    @Override</w:t>
        <w:br/>
        <w:tab/>
        <w:tab/>
        <w:tab/>
        <w:tab/>
        <w:t xml:space="preserve">    public PLVHCLoginLessonVO apply(PLVHCTeacherLoginResultVO.DataVO.LessonVO lessonVO) {</w:t>
        <w:br/>
        <w:tab/>
        <w:tab/>
        <w:tab/>
        <w:tab/>
        <w:tab/>
        <w:tab/>
        <w:t>return PLVHCLoginLessonVO.fromTeacherLoginResultLessonVO(lessonVO);</w:t>
        <w:br/>
        <w:tab/>
        <w:tab/>
        <w:tab/>
        <w:tab/>
        <w:t xml:space="preserve">    }</w:t>
        <w:br/>
        <w:tab/>
        <w:tab/>
        <w:tab/>
        <w:tab/>
        <w:t>});</w:t>
        <w:br/>
        <w:tab/>
        <w:tab/>
        <w:tab/>
        <w:t>loginViewModel.getLoginLessonListLiveData().setValue(loginLessonVOList);</w:t>
        <w:br/>
        <w:tab/>
        <w:tab/>
        <w:t xml:space="preserve">    }</w:t>
        <w:br/>
        <w:tab/>
        <w:tab/>
        <w:t xml:space="preserve">    KeyboardUtils.hideSoftInput(plvhcLoginTeacherPasswordEt);</w:t>
        <w:br/>
        <w:t xml:space="preserve">            // 进入选择课节页</w:t>
        <w:br/>
        <w:tab/>
        <w:tab/>
        <w:t xml:space="preserve">    PLVHCLoginFragmentManager.getInstance().addLast(PLVHCLoginFragmentManager.FRAG_LESSON_SELECT);</w:t>
        <w:br/>
        <w:tab/>
        <w:tab/>
        <w:tab/>
        <w:t>} else {</w:t>
        <w:br/>
        <w:t xml:space="preserve">                PLVHCToast.Builder.context(getContext())</w:t>
        <w:br/>
        <w:t xml:space="preserve">                    .setText("登录状态错误：" + result.getStatus())</w:t>
        <w:br/>
        <w:t xml:space="preserve">                    .build().show();</w:t>
        <w:br/>
        <w:tab/>
        <w:tab/>
        <w:tab/>
        <w:t>}</w:t>
        <w:br/>
        <w:tab/>
        <w:t xml:space="preserve">    }</w:t>
        <w:br/>
        <w:br/>
        <w:tab/>
        <w:t xml:space="preserve">    @Override</w:t>
        <w:br/>
        <w:tab/>
        <w:t xml:space="preserve">    public void onLoginFailed(String msg, Throwable throwable) {</w:t>
        <w:br/>
        <w:tab/>
        <w:tab/>
        <w:t>if (getContext() == null) {</w:t>
        <w:br/>
        <w:tab/>
        <w:tab/>
        <w:t xml:space="preserve">    return;</w:t>
        <w:br/>
        <w:tab/>
        <w:tab/>
        <w:t>}</w:t>
        <w:br/>
        <w:tab/>
        <w:tab/>
        <w:t>PLVHCToast.Builder.context(getContext())</w:t>
        <w:br/>
        <w:tab/>
        <w:tab/>
        <w:tab/>
        <w:t>.setText(msg)</w:t>
        <w:br/>
        <w:tab/>
        <w:tab/>
        <w:tab/>
        <w:t>.build().show();</w:t>
        <w:br/>
        <w:tab/>
        <w:t xml:space="preserve">    }</w:t>
        <w:br/>
        <w:tab/>
        <w:t>}</w:t>
        <w:br/>
        <w:t>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上述方法的具体用例可以在</w:t>
      </w:r>
      <w:r>
        <w:rPr>
          <w:rFonts w:ascii="Menlo" w:hAnsi="Menlo"/>
          <w:color w:val="444444"/>
          <w:sz w:val="20"/>
        </w:rPr>
        <w:t>PLVHCTeacherLoginFragment</w:t>
      </w:r>
      <w:r>
        <w:rPr>
          <w:rFonts w:ascii="Source Han Sans SC" w:hAnsi="Source Han Sans SC" w:eastAsia="Source Han Sans SC" w:cs="Source Han Sans SC" w:hint="eastAsia"/>
          <w:sz w:val="21"/>
        </w:rPr>
        <w:t>类中找到的。</w:t>
      </w:r>
    </w:p>
    <w:p>
      <w:pPr>
        <w:pStyle w:val="Heading2"/>
      </w:pPr>
      <w:r>
        <w:t>3 实现介绍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登录的整个流程，其实就是确认和获取用户类型、用户Id、用户昵称、登录token、课程号、课节Id的过程。</w:t>
      </w:r>
    </w:p>
    <w:p>
      <w:pPr>
        <w:pStyle w:val="Heading3"/>
      </w:pPr>
      <w:r>
        <w:t>3.1 PLVLoginHiClassActivity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互动学堂登录页面Activity，布局里定义了一个ViewPager，用于添加登录流程中所出现的Fragment。</w:t>
      </w:r>
    </w:p>
    <w:p>
      <w:pPr>
        <w:pStyle w:val="Heading3"/>
      </w:pPr>
      <w:r>
        <w:t>3.2 PLVHCRoleSelectFragment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互动学堂登录 - 角色选择Fragment，用于选择讲师/学生角色。</w:t>
      </w:r>
    </w:p>
    <w:p>
      <w:pPr>
        <w:pStyle w:val="Heading3"/>
      </w:pPr>
      <w:r>
        <w:t>3.3 PLVHCTeacherLoginFragment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互动学堂登录 - 讲师登录Fragment，提供输入讲师的账号、密码和登录验证的UI交互。</w:t>
      </w:r>
    </w:p>
    <w:p>
      <w:pPr>
        <w:pStyle w:val="Heading3"/>
      </w:pPr>
      <w:r>
        <w:t>3.4 PLVHCTeacherCompanyFragment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互动学堂登录  - 讲师公司选择Fragment，提供选择讲师所在公司的UI交互。当一个讲师绑定了多个公司时，登录验证成功后就会先出现这个Fragment。</w:t>
      </w:r>
    </w:p>
    <w:p>
      <w:pPr>
        <w:pStyle w:val="Heading3"/>
      </w:pPr>
      <w:r>
        <w:t>3.5 PLVHCLessonSelectFragment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互动学堂登录 - 课节选择Fragment，该页面会展示一个可以上课的课节列表，可以从该列表中选择一个课节进行上课。</w:t>
      </w:r>
    </w:p>
    <w:p>
      <w:pPr>
        <w:pStyle w:val="Heading3"/>
      </w:pPr>
      <w:r>
        <w:t>3.6 PLVHCStudentLoginFragment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互动学堂登录 - 学生登录Fragment，提供输入课程号/课节号和信息验证的UI交互。</w:t>
      </w:r>
    </w:p>
    <w:p>
      <w:pPr>
        <w:pStyle w:val="Heading3"/>
      </w:pPr>
      <w:r>
        <w:t>3.7 PLVHCStudentVerifyFragment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互动学堂登录 - 学生验证Fragemnt，提供输入学生名称+/验证/学生码和观看条件验证的UI交互。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2-互动学堂场景-登录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