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 4-手机开播场景-文档管理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文档展示部分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文档上传删除部分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文档管理模块包括选择PPT文档、上传&amp;删除PPT文档、查看PPT每页详情等功能。文档管理是一个弹层页面，整个界面被封装在</w:t>
      </w:r>
      <w:r>
        <w:rPr>
          <w:rFonts w:ascii="Menlo" w:hAnsi="Menlo"/>
          <w:color w:val="444444"/>
          <w:sz w:val="20"/>
        </w:rPr>
        <w:t>PLVLSPptListLayout</w:t>
      </w:r>
      <w:r>
        <w:rPr>
          <w:rFonts w:ascii="Source Han Sans SC" w:hAnsi="Source Han Sans SC" w:eastAsia="Source Han Sans SC" w:cs="Source Han Sans SC" w:hint="eastAsia"/>
          <w:sz w:val="21"/>
        </w:rPr>
        <w:t>中。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文档管理是一个弹层页面，跟一般直接写进xml的布局不同，使用弹层页面只需要创建弹层对象，并调用</w:t>
      </w:r>
      <w:r>
        <w:rPr>
          <w:rFonts w:ascii="Menlo" w:hAnsi="Menlo"/>
          <w:color w:val="444444"/>
          <w:sz w:val="20"/>
        </w:rPr>
        <w:t>open()</w:t>
      </w:r>
      <w:r>
        <w:rPr>
          <w:rFonts w:ascii="Source Han Sans SC" w:hAnsi="Source Han Sans SC" w:eastAsia="Source Han Sans SC" w:cs="Source Han Sans SC" w:hint="eastAsia"/>
          <w:sz w:val="21"/>
        </w:rPr>
        <w:t>方法即可显示弹层。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PLVLSStatusBarLayout.java</w:t>
        <w:br/>
        <w:t>private void initView() {</w:t>
        <w:br/>
        <w:t xml:space="preserve">    // 创建了文档管理弹层页面</w:t>
        <w:br/>
        <w:t xml:space="preserve">    pptListLayout = new PLVLSPptListLayout(getContext());</w:t>
        <w:br/>
        <w:t>}</w:t>
        <w:br/>
        <w:br/>
        <w:t>private void processSelectDocument() {</w:t>
        <w:br/>
        <w:t xml:space="preserve">    if (pptListLayout != null) {</w:t>
        <w:br/>
        <w:t xml:space="preserve">        // 点击状态栏上面的文档图标时，调用open打开文档管理弹层</w:t>
        <w:br/>
        <w:t xml:space="preserve">        pptListLayout.open();</w:t>
        <w:br/>
        <w:t xml:space="preserve">    }</w:t>
        <w:br/>
        <w:t>}</w:t>
      </w:r>
    </w:p>
    <w:p>
      <w:pPr>
        <w:pStyle w:val="Heading2"/>
      </w:pPr>
      <w:r>
        <w:t>3 实现介绍</w:t>
      </w:r>
    </w:p>
    <w:p>
      <w:pPr>
        <w:pStyle w:val="Heading3"/>
      </w:pPr>
      <w:r>
        <w:t>3.1 文档展示部分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文档展示包括两种列表的展示，分别是显示PPT封面的所有文档列表</w:t>
      </w:r>
      <w:r>
        <w:rPr>
          <w:rFonts w:ascii="Menlo" w:hAnsi="Menlo"/>
          <w:color w:val="444444"/>
          <w:sz w:val="20"/>
        </w:rPr>
        <w:t>PLVLSPptViewType.COVER</w:t>
      </w:r>
      <w:r>
        <w:rPr>
          <w:rFonts w:ascii="Source Han Sans SC" w:hAnsi="Source Han Sans SC" w:eastAsia="Source Han Sans SC" w:cs="Source Han Sans SC" w:hint="eastAsia"/>
          <w:sz w:val="21"/>
        </w:rPr>
        <w:t>，显示PPT每页详情的文档详情列表</w:t>
      </w:r>
      <w:r>
        <w:rPr>
          <w:rFonts w:ascii="Menlo" w:hAnsi="Menlo"/>
          <w:color w:val="444444"/>
          <w:sz w:val="20"/>
        </w:rPr>
        <w:t>PLVLSPptViewType.PAGE</w:t>
      </w:r>
      <w:r>
        <w:rPr>
          <w:rFonts w:ascii="Source Han Sans SC" w:hAnsi="Source Han Sans SC" w:eastAsia="Source Han Sans SC" w:cs="Source Han Sans SC" w:hint="eastAsia"/>
          <w:sz w:val="21"/>
        </w:rPr>
        <w:t>。这两种列表使用同一个RecyclerView和Adapter展示，通过给Adapter设置不同的viewType来区分。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下面代码展示如何获得所有PPT文档列表的数据，并设置给Adapter进行列表显示。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PLVLSPptListLayout.java</w:t>
        <w:br/>
        <w:t>public void open() {</w:t>
        <w:br/>
        <w:t xml:space="preserve">    // 打开弹层时，初始化弹层视图</w:t>
        <w:br/>
        <w:t xml:space="preserve">    initViewByShowType();</w:t>
        <w:br/>
        <w:t>}</w:t>
        <w:br/>
        <w:t>private void initViewByShowType() {</w:t>
        <w:br/>
        <w:t xml:space="preserve">    // 请求更新数据</w:t>
        <w:br/>
        <w:t xml:space="preserve">    requestUpdateData();</w:t>
        <w:br/>
        <w:t>}</w:t>
        <w:br/>
        <w:br/>
        <w:t>/**</w:t>
        <w:br/>
        <w:t xml:space="preserve"> * 根据显示样式，向Presenter请求更新列表数据</w:t>
        <w:br/>
        <w:t xml:space="preserve"> */</w:t>
        <w:br/>
        <w:t>private void requestUpdateData() {</w:t>
        <w:br/>
        <w:t xml:space="preserve">    if (showViewType == PLVLSPptViewType.COVER) {</w:t>
        <w:br/>
        <w:t xml:space="preserve">        // 向Presenter请求更新PPT文档列表数据</w:t>
        <w:br/>
        <w:t xml:space="preserve">        PLVDocumentPresenter.getInstance().requestGetPptCoverList();</w:t>
        <w:br/>
        <w:t xml:space="preserve">    } else if (showViewType == PLVLSPptViewType.PAGE) {</w:t>
        <w:br/>
        <w:t xml:space="preserve">        PLVDocumentPresenter.getInstance().requestGetPptPageList(currentAutoId);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在异步请求获取到文档列表数据后，Presenter会将文档列表数据回调给视图。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PLVLSPptListLayout.java</w:t>
        <w:br/>
        <w:t>// MVP - View 回调实现</w:t>
        <w:br/>
        <w:t>mvpView = new PLVAbsDocumentView() {</w:t>
        <w:br/>
        <w:t xml:space="preserve">    @Override</w:t>
        <w:br/>
        <w:t xml:space="preserve">    public void onPptCoverList(@Nullable PLVSPPTInfo pptInfo) {</w:t>
        <w:br/>
        <w:t xml:space="preserve">        processPptCoverList(pptInfo);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在方法</w:t>
      </w:r>
      <w:r>
        <w:rPr>
          <w:rFonts w:ascii="Menlo" w:hAnsi="Menlo"/>
          <w:color w:val="444444"/>
          <w:sz w:val="20"/>
        </w:rPr>
        <w:t>processPptCoverList()</w:t>
      </w:r>
      <w:r>
        <w:rPr>
          <w:rFonts w:ascii="Source Han Sans SC" w:hAnsi="Source Han Sans SC" w:eastAsia="Source Han Sans SC" w:cs="Source Han Sans SC" w:hint="eastAsia"/>
          <w:sz w:val="21"/>
        </w:rPr>
        <w:t>中，会对文档数据进行解析，并转换为视图对象</w:t>
      </w:r>
      <w:r>
        <w:rPr>
          <w:rFonts w:ascii="Menlo" w:hAnsi="Menlo"/>
          <w:color w:val="444444"/>
          <w:sz w:val="20"/>
        </w:rPr>
        <w:t>PLVLSPptVO</w:t>
      </w:r>
      <w:r>
        <w:rPr>
          <w:rFonts w:ascii="Source Han Sans SC" w:hAnsi="Source Han Sans SC" w:eastAsia="Source Han Sans SC" w:cs="Source Han Sans SC" w:hint="eastAsia"/>
          <w:sz w:val="21"/>
        </w:rPr>
        <w:t>，将视图对象列表传给Adapter即可展示文档列表。</w:t>
      </w:r>
    </w:p>
    <w:p>
      <w:pPr>
        <w:pStyle w:val="Heading3"/>
      </w:pPr>
      <w:r>
        <w:t>3.2 文档上传删除部分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文档删除通过调用Presenter的</w:t>
      </w:r>
      <w:r>
        <w:rPr>
          <w:rFonts w:ascii="Menlo" w:hAnsi="Menlo"/>
          <w:color w:val="444444"/>
          <w:sz w:val="20"/>
        </w:rPr>
        <w:t>deleteDocument()</w:t>
      </w:r>
      <w:r>
        <w:rPr>
          <w:rFonts w:ascii="Source Han Sans SC" w:hAnsi="Source Han Sans SC" w:eastAsia="Source Han Sans SC" w:cs="Source Han Sans SC" w:hint="eastAsia"/>
          <w:sz w:val="21"/>
        </w:rPr>
        <w:t>方法实现。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PLVLSPptListLayout.java</w:t>
        <w:br/>
        <w:t>// 设置列表项长按点击监听</w:t>
        <w:br/>
        <w:t>pptListAdapter.setOnPptItemLongClickListener(new PLVLSPptListViewHolder.OnPptItemLongClickListener() {</w:t>
        <w:br/>
        <w:t xml:space="preserve">    @Override</w:t>
        <w:br/>
        <w:t xml:space="preserve">    public void onLongClick(View view, final int id, final String fileId) {</w:t>
        <w:br/>
        <w:t xml:space="preserve">        if (pptListAdapter.getRealViewType() != PLVLSPptViewType.COVER) {</w:t>
        <w:br/>
        <w:t xml:space="preserve">            return;</w:t>
        <w:br/>
        <w:t xml:space="preserve">        }</w:t>
        <w:br/>
        <w:t xml:space="preserve">        if (documentDeleteArrow != null) {</w:t>
        <w:br/>
        <w:t xml:space="preserve">            // 设置删除确认箭头的点击回调</w:t>
        <w:br/>
        <w:t xml:space="preserve">            documentDeleteArrow.setOnClickListener(new OnClickListener() {</w:t>
        <w:br/>
        <w:t xml:space="preserve">                @Override</w:t>
        <w:br/>
        <w:t xml:space="preserve">                public void onClick(View v) {</w:t>
        <w:br/>
        <w:t xml:space="preserve">                    // 点击删除箭头后 弹窗提示是否删除</w:t>
        <w:br/>
        <w:t xml:space="preserve">                    documentDeleteConfirmDialog</w:t>
        <w:br/>
        <w:t xml:space="preserve">                            .setRightBtnListener(new OnClickListener() {</w:t>
        <w:br/>
        <w:t xml:space="preserve">                                @Override</w:t>
        <w:br/>
        <w:t xml:space="preserve">                                public void onClick(View v) {</w:t>
        <w:br/>
        <w:t xml:space="preserve">                                    // 点击确认后，调用Presenter删除文档</w:t>
        <w:br/>
        <w:t xml:space="preserve">                                    PLVDocumentPresenter.getInstance().deleteDocument(fileId);</w:t>
        <w:br/>
        <w:t xml:space="preserve">                                    documentDeleteConfirmDialog.hide();</w:t>
        <w:br/>
        <w:t xml:space="preserve">                                }</w:t>
        <w:br/>
        <w:t xml:space="preserve">                            })</w:t>
        <w:br/>
        <w:t xml:space="preserve">                            .show();</w:t>
        <w:br/>
        <w:t xml:space="preserve">                }</w:t>
        <w:br/>
        <w:t xml:space="preserve">            });</w:t>
        <w:br/>
        <w:t xml:space="preserve">            // 显示删除确认箭头</w:t>
        <w:br/>
        <w:t xml:space="preserve">            documentDeleteArrow.showAtLocation(view);</w:t>
        <w:br/>
        <w:t xml:space="preserve">        }</w:t>
        <w:br/>
        <w:t xml:space="preserve">    }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文档上传部分较为复杂，涉及到9种文档上传状态（见枚举</w:t>
      </w:r>
      <w:r>
        <w:rPr>
          <w:rFonts w:ascii="Menlo" w:hAnsi="Menlo"/>
          <w:color w:val="444444"/>
          <w:sz w:val="20"/>
        </w:rPr>
        <w:t>PLVPptUploadStatus</w:t>
      </w:r>
      <w:r>
        <w:rPr>
          <w:rFonts w:ascii="Source Han Sans SC" w:hAnsi="Source Han Sans SC" w:eastAsia="Source Han Sans SC" w:cs="Source Han Sans SC" w:hint="eastAsia"/>
          <w:sz w:val="21"/>
        </w:rPr>
        <w:t>）的监听，本地文档上传状态缓存，文档上传失败状态的处理等。具体的文档上传实现细节见</w:t>
      </w:r>
      <w:r>
        <w:rPr>
          <w:rFonts w:ascii="Menlo" w:hAnsi="Menlo"/>
          <w:color w:val="444444"/>
          <w:sz w:val="20"/>
        </w:rPr>
        <w:t>PLVLSPptListLayout</w:t>
      </w:r>
      <w:r>
        <w:rPr>
          <w:rFonts w:ascii="Source Han Sans SC" w:hAnsi="Source Han Sans SC" w:eastAsia="Source Han Sans SC" w:cs="Source Han Sans SC" w:hint="eastAsia"/>
          <w:sz w:val="21"/>
        </w:rPr>
        <w:t>类的代码块*初始化方法 - 文档上传状态相关回调设置*。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4-手机开播场景-文档管理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