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5-带货场景-打赏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打赏弹层 - PLVECRewardPopupView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打赏礼物条 - PLVECRewardGiftAnimView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打赏功能支持观众给主播赠送礼物，观众打赏界面被封装为打赏弹层</w:t>
      </w:r>
      <w:r>
        <w:rPr>
          <w:rFonts w:ascii="Menlo" w:hAnsi="Menlo"/>
          <w:color w:val="444444"/>
          <w:sz w:val="20"/>
        </w:rPr>
        <w:t>PLVECRewardPopupView</w:t>
      </w:r>
      <w:r>
        <w:rPr>
          <w:rFonts w:ascii="Source Han Sans SC" w:hAnsi="Source Han Sans SC" w:eastAsia="Source Han Sans SC" w:cs="Source Han Sans SC" w:hint="eastAsia"/>
          <w:sz w:val="21"/>
        </w:rPr>
        <w:t>，打赏礼物条被封装为</w:t>
      </w:r>
      <w:r>
        <w:rPr>
          <w:rFonts w:ascii="Menlo" w:hAnsi="Menlo"/>
          <w:color w:val="444444"/>
          <w:sz w:val="20"/>
        </w:rPr>
        <w:t>PLVECRewardGiftAnimView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发送打赏礼物和监听他人打赏事件均依赖于聊天室的</w:t>
      </w:r>
      <w:r>
        <w:rPr>
          <w:rFonts w:ascii="Menlo" w:hAnsi="Menlo"/>
          <w:color w:val="444444"/>
          <w:sz w:val="20"/>
        </w:rPr>
        <w:t>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，需要预先构建该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对象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发送打赏示例代码如下：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PLVECLiveHomeFragment.java</w:t>
        <w:br/>
        <w:t>// 打赏弹层创建</w:t>
        <w:br/>
        <w:t>PLVECRewardPopupView rewardPopupView = new PLVECRewardPopupView();</w:t>
        <w:br/>
        <w:br/>
        <w:t>// 显示打赏弹层</w:t>
        <w:br/>
        <w:t>private void showRewardLayout(View v) {</w:t>
        <w:br/>
        <w:t xml:space="preserve">    // 显示打赏弹层，并设置点击打赏按钮时的回调响应</w:t>
        <w:br/>
        <w:t xml:space="preserve">    rewardPopupView.showRewardLayout(v, new PLVECRewardGiftAdapter.OnViewActionListener() {</w:t>
        <w:br/>
        <w:t xml:space="preserve">        @Override</w:t>
        <w:br/>
        <w:t xml:space="preserve">        public void onRewardClick(View view, PLVCustomGiftBean giftBean) {</w:t>
        <w:br/>
        <w:t xml:space="preserve">            // 隐藏打赏弹层</w:t>
        <w:br/>
        <w:t xml:space="preserve">            rewardPopupView.hide();</w:t>
        <w:br/>
        <w:br/>
        <w:t xml:space="preserve">            String nickName = PolyvSocketWrapper.getInstance().getLoginVO().getNickName();</w:t>
        <w:br/>
        <w:t xml:space="preserve">            showRewardGiftAnimView(nickName + "(我)", giftBean);</w:t>
        <w:br/>
        <w:t xml:space="preserve">            addCustomGiftToChatList(nickName + "(我)", giftBean.getGiftName(), giftBean.getGiftType(), true);</w:t>
        <w:br/>
        <w:t xml:space="preserve">            // 通过自定义信息事件发送礼物信息至聊天室</w:t>
        <w:br/>
        <w:t xml:space="preserve">            chatroomPresenter.sendCustomGiftMessage(giftBean, nickName + " 赠送了" + giftBean.getGiftName());</w:t>
        <w:br/>
        <w:t xml:space="preserve">        }</w:t>
        <w:br/>
        <w:t xml:space="preserve">    });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监听他人打赏事件示例代码如下：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mvp-view 监听礼物事件</w:t>
        <w:br/>
        <w:t>private IPLVChatroomContract.IChatroomView chatroomView = new PLVAbsChatroomView() {</w:t>
        <w:br/>
        <w:t xml:space="preserve">    // 其它事件监听...</w:t>
        <w:br/>
        <w:br/>
        <w:t xml:space="preserve">    // 礼物事件监听</w:t>
        <w:br/>
        <w:t xml:space="preserve">    @Override</w:t>
        <w:br/>
        <w:t xml:space="preserve">    public void onCustomGiftEvent(@NonNull PolyvCustomEvent.UserBean userBean, @NonNull PLVCustomGiftBean customGiftBean) {</w:t>
        <w:br/>
        <w:t xml:space="preserve">        showRewardGiftAnimView(userBean.getNick(), customGiftBean);</w:t>
        <w:br/>
        <w:t xml:space="preserve">        addCustomGiftToChatList(userBean.getNick(), customGiftBean.getGiftName(), customGiftBean.getGiftType(), false);</w:t>
        <w:br/>
        <w:t xml:space="preserve">    }</w:t>
        <w:br/>
        <w:t>}</w:t>
        <w:br/>
        <w:br/>
        <w:t>// 显示打赏礼物条</w:t>
        <w:br/>
        <w:t>private void showRewardGiftAnimView(String userName, PLVCustomGiftBean giftBean) {</w:t>
        <w:br/>
        <w:t xml:space="preserve">    int giftDrawableId = getResources().getIdentifier("plvec_gift_" + giftBean.getGiftType(), "drawable", getContext().getPackageName());</w:t>
        <w:br/>
        <w:t xml:space="preserve">    rewardGiftAnimView.acceptRewardGiftMessage(</w:t>
        <w:br/>
        <w:t xml:space="preserve">            new PLVECRewardGiftAnimView.RewardGiftInfo(userName, giftBean.getGiftName(), giftDrawableId)</w:t>
        <w:br/>
        <w:t xml:space="preserve">    );</w:t>
        <w:br/>
        <w:t>}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打赏弹层 - PLVECRewardPopupView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Demo中</w:t>
      </w:r>
      <w:r>
        <w:rPr>
          <w:rFonts w:ascii="Menlo" w:hAnsi="Menlo"/>
          <w:color w:val="444444"/>
          <w:sz w:val="20"/>
        </w:rPr>
        <w:t>PLVECRewardPopupView</w:t>
      </w:r>
      <w:r>
        <w:rPr>
          <w:rFonts w:ascii="Source Han Sans SC" w:hAnsi="Source Han Sans SC" w:eastAsia="Source Han Sans SC" w:cs="Source Han Sans SC" w:hint="eastAsia"/>
          <w:sz w:val="21"/>
        </w:rPr>
        <w:t>使用了本地生成的打赏礼物列表作为演示，也可以接入后端实现动态的礼物列表。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PLVECRewardPopupView.java</w:t>
        <w:br/>
        <w:t>// 本地生成礼物列表</w:t>
        <w:br/>
        <w:t>private void generateRewardGiftVO();</w:t>
        <w:br/>
        <w:t>// 设置礼物列表</w:t>
        <w:br/>
        <w:t>private void setRewardGiftVO(List&lt;PLVCustomGiftBean&gt; giftBeanList);</w:t>
      </w:r>
    </w:p>
    <w:p>
      <w:pPr>
        <w:pStyle w:val="Heading3"/>
      </w:pPr>
      <w:r>
        <w:t>3.2 打赏礼物条 - PLVECRewardGiftAnimView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打赏礼物条</w:t>
      </w:r>
      <w:r>
        <w:rPr>
          <w:rFonts w:ascii="Menlo" w:hAnsi="Menlo"/>
          <w:color w:val="444444"/>
          <w:sz w:val="20"/>
        </w:rPr>
        <w:t>PLVECRewardGiftAnimView</w:t>
      </w:r>
      <w:r>
        <w:rPr>
          <w:rFonts w:ascii="Source Han Sans SC" w:hAnsi="Source Han Sans SC" w:eastAsia="Source Han Sans SC" w:cs="Source Han Sans SC" w:hint="eastAsia"/>
          <w:sz w:val="21"/>
        </w:rPr>
        <w:t>通过调用其</w:t>
      </w:r>
      <w:r>
        <w:rPr>
          <w:rFonts w:ascii="Menlo" w:hAnsi="Menlo"/>
          <w:color w:val="444444"/>
          <w:sz w:val="20"/>
        </w:rPr>
        <w:t>acceptRewardGiftMessage(RewardGiftInfo)</w:t>
      </w:r>
      <w:r>
        <w:rPr>
          <w:rFonts w:ascii="Source Han Sans SC" w:hAnsi="Source Han Sans SC" w:eastAsia="Source Han Sans SC" w:cs="Source Han Sans SC" w:hint="eastAsia"/>
          <w:sz w:val="21"/>
        </w:rPr>
        <w:t>方法进行礼物条的显示，会自动隐藏。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在内部方法</w:t>
      </w:r>
      <w:r>
        <w:rPr>
          <w:rFonts w:ascii="Menlo" w:hAnsi="Menlo"/>
          <w:color w:val="444444"/>
          <w:sz w:val="20"/>
        </w:rPr>
        <w:t>showRewardLayout()</w:t>
      </w:r>
      <w:r>
        <w:rPr>
          <w:rFonts w:ascii="Source Han Sans SC" w:hAnsi="Source Han Sans SC" w:eastAsia="Source Han Sans SC" w:cs="Source Han Sans SC" w:hint="eastAsia"/>
          <w:sz w:val="21"/>
        </w:rPr>
        <w:t>中进行了礼物条动画的逻辑处理，可以根据实际需要进行修改。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PLVECRewardGiftAnimView.java</w:t>
        <w:br/>
        <w:t>// 外部调用 接收礼物数据</w:t>
        <w:br/>
        <w:t>public void acceptRewardGiftMessage(final RewardGiftInfo rewardGiftInfo) {</w:t>
        <w:br/>
        <w:t xml:space="preserve">    post(new Runnable() {</w:t>
        <w:br/>
        <w:t xml:space="preserve">        @Override</w:t>
        <w:br/>
        <w:t xml:space="preserve">        public void run() {</w:t>
        <w:br/>
        <w:t xml:space="preserve">            rewardGiftInfoList.add(rewardGiftInfo);</w:t>
        <w:br/>
        <w:t xml:space="preserve">            //列表最多10条数据。超过10条数据时，如果有新来的礼物数据，则移除旧的数据</w:t>
        <w:br/>
        <w:t xml:space="preserve">            if (rewardGiftInfoList.size() &gt; 10) {</w:t>
        <w:br/>
        <w:t xml:space="preserve">                rewardGiftInfoList.remove(0);</w:t>
        <w:br/>
        <w:t xml:space="preserve">            }</w:t>
        <w:br/>
        <w:t xml:space="preserve">            if (!isStart) {</w:t>
        <w:br/>
        <w:t xml:space="preserve">                isStart = !isStart;</w:t>
        <w:br/>
        <w:t xml:space="preserve">                showRewardLayout();</w:t>
        <w:br/>
        <w:t xml:space="preserve">            }</w:t>
        <w:br/>
        <w:t xml:space="preserve">        }</w:t>
        <w:br/>
        <w:t xml:space="preserve">    });</w:t>
        <w:br/>
        <w:t>}</w:t>
        <w:br/>
        <w:br/>
        <w:t>// 内部调用 礼物数据动画显示处理</w:t>
        <w:br/>
        <w:t>private void showRewardLayout() {</w:t>
        <w:br/>
        <w:t xml:space="preserve">    if (rewardGiftInfoList.size() &lt; 1) {</w:t>
        <w:br/>
        <w:t xml:space="preserve">        setVisibility(View.INVISIBLE);</w:t>
        <w:br/>
        <w:t xml:space="preserve">        TranslateAnimation animation = new TranslateAnimation(0f, -getWidth(), 0f, 0f);</w:t>
        <w:br/>
        <w:t xml:space="preserve">        animation.setDuration(400);</w:t>
        <w:br/>
        <w:t xml:space="preserve">        startAnimation(animation);</w:t>
        <w:br/>
        <w:t xml:space="preserve">        isStart = !isStart;</w:t>
        <w:br/>
        <w:t xml:space="preserve">        return;</w:t>
        <w:br/>
        <w:t xml:space="preserve">    }</w:t>
        <w:br/>
        <w:br/>
        <w:t xml:space="preserve">    final RewardGiftInfo rewardGiftInfo = rewardGiftInfoList.remove(0);</w:t>
        <w:br/>
        <w:br/>
        <w:t xml:space="preserve">    acceptRewardGiftDisposable = Observable.just(1)</w:t>
        <w:br/>
        <w:t xml:space="preserve">            .observeOn(AndroidSchedulers.mainThread())</w:t>
        <w:br/>
        <w:t xml:space="preserve">            .doOnNext(new Consumer&lt;Integer&gt;() {</w:t>
        <w:br/>
        <w:t xml:space="preserve">                @Override</w:t>
        <w:br/>
        <w:t xml:space="preserve">                public void accept(Integer integer) throws Exception {</w:t>
        <w:br/>
        <w:t xml:space="preserve">                    setVisibility(View.VISIBLE);</w:t>
        <w:br/>
        <w:t xml:space="preserve">                    rewardUserNameTv.setText(rewardGiftInfo.getUserName());</w:t>
        <w:br/>
        <w:t xml:space="preserve">                    rewardGiftNameTv.setText("赠送    " + rewardGiftInfo.getGiftName());</w:t>
        <w:br/>
        <w:t xml:space="preserve">                    rewardGiftPicIv.setImageResource(rewardGiftInfo.getGiftDrawableId());</w:t>
        <w:br/>
        <w:t xml:space="preserve">                    TranslateAnimation animation = new TranslateAnimation(-getWidth(), 0f, 0f, 0f);</w:t>
        <w:br/>
        <w:t xml:space="preserve">                    animation.setDuration(400);</w:t>
        <w:br/>
        <w:t xml:space="preserve">                    startAnimation(animation);</w:t>
        <w:br/>
        <w:t xml:space="preserve">                }</w:t>
        <w:br/>
        <w:t xml:space="preserve">            })</w:t>
        <w:br/>
        <w:t xml:space="preserve">            .delay(400 + 1200, TimeUnit.MILLISECONDS)</w:t>
        <w:br/>
        <w:t xml:space="preserve">            .observeOn(AndroidSchedulers.mainThread())</w:t>
        <w:br/>
        <w:t xml:space="preserve">            .subscribe(new Consumer&lt;Object&gt;() {</w:t>
        <w:br/>
        <w:t xml:space="preserve">                @Override</w:t>
        <w:br/>
        <w:t xml:space="preserve">                public void accept(Object o) throws Exception {</w:t>
        <w:br/>
        <w:t xml:space="preserve">                    showRewardLayout();</w:t>
        <w:br/>
        <w:t xml:space="preserve">                }</w:t>
        <w:br/>
        <w:t xml:space="preserve">            }, new Consumer&lt;Throwable&gt;() {</w:t>
        <w:br/>
        <w:t xml:space="preserve">                @Override</w:t>
        <w:br/>
        <w:t xml:space="preserve">                public void accept(Throwable throwable) throws Exception {</w:t>
        <w:br/>
        <w:t xml:space="preserve">                }</w:t>
        <w:br/>
        <w:t xml:space="preserve">            });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5-带货场景-打赏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