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3-带货场景-聊天室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回放 - PLVECPalybackHomeFragment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直播 - PLVECLiveHomeFragment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包括发言、点赞、历史记录、欢迎语等功能。聊天室模块在UI、交互、功能上，相较于其他模块，都会更复杂更庞大。因此设计、搭建、维护一个聊天室，也是一件较为费时费力的事情。我们推荐直接使用保利威封装好的聊天室模块，该部分代码完全开源，支持直接使用，以及二次开发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聊天室在带货场景分为直播首页</w:t>
      </w:r>
      <w:r>
        <w:rPr>
          <w:rFonts w:ascii="Menlo" w:hAnsi="Menlo"/>
          <w:color w:val="444444"/>
          <w:sz w:val="20"/>
        </w:rPr>
        <w:t>PLVECLiveHomeFragment</w:t>
      </w:r>
      <w:r>
        <w:rPr>
          <w:rFonts w:ascii="Source Han Sans SC" w:hAnsi="Source Han Sans SC" w:eastAsia="Source Han Sans SC" w:cs="Source Han Sans SC" w:hint="eastAsia"/>
          <w:sz w:val="21"/>
        </w:rPr>
        <w:t>的聊天室和回放首页</w:t>
      </w:r>
      <w:r>
        <w:rPr>
          <w:rFonts w:ascii="Menlo" w:hAnsi="Menlo"/>
          <w:color w:val="444444"/>
          <w:sz w:val="20"/>
        </w:rPr>
        <w:t>PLVECPalybackHomeFragment</w:t>
      </w:r>
      <w:r>
        <w:rPr>
          <w:rFonts w:ascii="Source Han Sans SC" w:hAnsi="Source Han Sans SC" w:eastAsia="Source Han Sans SC" w:cs="Source Han Sans SC" w:hint="eastAsia"/>
          <w:sz w:val="21"/>
        </w:rPr>
        <w:t>中的聊天室。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聊天室遵循</w:t>
      </w:r>
      <w:r>
        <w:rPr>
          <w:rFonts w:ascii="Menlo" w:hAnsi="Menlo"/>
          <w:color w:val="444444"/>
          <w:sz w:val="20"/>
        </w:rPr>
        <w:t>MVP</w:t>
      </w:r>
      <w:r>
        <w:rPr>
          <w:rFonts w:ascii="Source Han Sans SC" w:hAnsi="Source Han Sans SC" w:eastAsia="Source Han Sans SC" w:cs="Source Han Sans SC" w:hint="eastAsia"/>
          <w:sz w:val="21"/>
        </w:rPr>
        <w:t>模式，因此方法之间的调用非常简单明了，在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中可以自由选择感兴趣的聊天室事件进行监听，并调用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相关方法进行聊天室的操作。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以回放聊天室监听公告事件为例，代码如下：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PLVECPalybackHomeFragment.java</w:t>
        <w:br/>
        <w:t>private IPLVChatroomContract.IChatroomView chatroomView = new PLVAbsChatroomView() {</w:t>
        <w:br/>
        <w:t xml:space="preserve">    // 实现了接受公告事件的接口方法，监听公告事件</w:t>
        <w:br/>
        <w:t xml:space="preserve">    @Override</w:t>
        <w:br/>
        <w:t xml:space="preserve">    public void onBulletinEvent(@NonNull PolyvBulletinVO bulletinVO) {</w:t>
        <w:br/>
        <w:t xml:space="preserve">        super.onBulletinEvent(bulletinVO);</w:t>
        <w:br/>
        <w:t xml:space="preserve">        // 在acceptBulletinMessage方法中处理监听接受到的公告事件，显示到界面当中</w:t>
        <w:br/>
        <w:t xml:space="preserve">        acceptBulletinMessage(bulletinVO);</w:t>
        <w:br/>
        <w:t xml:space="preserve">    }</w:t>
        <w:br/>
        <w:br/>
        <w:t xml:space="preserve">    // 实现了接受移除公告事件的方法，监听移除公告事件</w:t>
        <w:br/>
        <w:t xml:space="preserve">    @Override</w:t>
        <w:br/>
        <w:t xml:space="preserve">    public void onRemoveBulletinEvent() {</w:t>
        <w:br/>
        <w:t xml:space="preserve">        super.onRemoveBulletinEvent();</w:t>
        <w:br/>
        <w:t xml:space="preserve">        // 移除界面中的公告</w:t>
        <w:br/>
        <w:t xml:space="preserve">        removeBulletin();</w:t>
        <w:br/>
        <w:t xml:space="preserve">    }</w:t>
        <w:br/>
        <w:t>};</w:t>
      </w:r>
    </w:p>
    <w:p>
      <w:pPr>
        <w:pStyle w:val="Heading2"/>
      </w:pPr>
      <w:r>
        <w:t>3 实现介绍</w:t>
      </w:r>
    </w:p>
    <w:p>
      <w:pPr>
        <w:pStyle w:val="Heading3"/>
      </w:pPr>
      <w:r>
        <w:t>3.1 回放 - PLVECPalybackHomeFragment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下的回放聊天室，用于显示公告的更新。该类和聊天室mvp-presenter的通信，是通过该类中定义的聊天室mvp-view，当调用聊天室mvp-presneter的registerView方法后，聊天室mvp-presneter即可通知聊天室mvp-view的更新，同时聊天室mvp-view也能调用调用聊天室mvp-presenter的方法。定义聊天室mvp-view的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聊天室presenter（定义在父类PLVECCommonHomeFragment当中）</w:t>
        <w:br/>
        <w:t>protected IPLVChatroomContract.IChatroomPresenter chatroomPresenter;</w:t>
        <w:br/>
        <w:br/>
        <w:t>// PLVECLiveHomeFragment.java</w:t>
        <w:br/>
        <w:t>// 聊天室mvp-view</w:t>
        <w:br/>
        <w:t>private IPLVChatroomContract.IChatroomView chatroomView = new PLVAbsChatroomView() {</w:t>
        <w:br/>
        <w:t xml:space="preserve">    // 聊天室需要监听事件的抽象方法实现...</w:t>
        <w:br/>
        <w:t>}</w:t>
        <w:br/>
        <w:br/>
        <w:t>// 注册mvp-view</w:t>
        <w:br/>
        <w:t>@Override</w:t>
        <w:br/>
        <w:t>protected void registerChatroomView() {</w:t>
        <w:br/>
        <w:t xml:space="preserve">    chatroomPresenter.registerView(chatroomView);</w:t>
        <w:br/>
        <w:br/>
        <w:t xml:space="preserve">    //设置信息索引，需在chatroomPresenter.registerView后设置</w:t>
        <w:br/>
        <w:t xml:space="preserve">    chatMessageAdapter.setMsgIndex(chatroomPresenter.getViewIndex(chatroomView));</w:t>
        <w:br/>
        <w:t>}</w:t>
      </w:r>
    </w:p>
    <w:p>
      <w:pPr>
        <w:pStyle w:val="Heading3"/>
      </w:pPr>
      <w:r>
        <w:t>3.2 直播 - PLVECLiveHomeFragment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下的直播聊天室，包含聊天信息列表、发送信息输入框、点赞布局、欢迎语、公告等元素。mvp-view和mvp-presenter之间的构建逻辑与回放相似，在直播聊天室中包含了更多直播情景所需监听的聊天室事件用例，详情请参考demo中</w:t>
      </w:r>
      <w:r>
        <w:rPr>
          <w:rFonts w:ascii="Menlo" w:hAnsi="Menlo"/>
          <w:color w:val="444444"/>
          <w:sz w:val="20"/>
        </w:rPr>
        <w:t>PLVECLiveHomeFragment</w:t>
      </w:r>
      <w:r>
        <w:rPr>
          <w:rFonts w:ascii="Source Han Sans SC" w:hAnsi="Source Han Sans SC" w:eastAsia="Source Han Sans SC" w:cs="Source Han Sans SC" w:hint="eastAsia"/>
          <w:sz w:val="21"/>
        </w:rPr>
        <w:t>的*聊天室*相关代码块。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3-带货场景-聊天室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