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5-云课堂场景-聊天室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PLVLCChatFragment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PLVLCChatLandscapeLayout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PLVLCQuizFragment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提问、点赞、历史记录、欢迎语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聊天室模块的UI布局在云课堂场景分为三个部分组成，在页面菜单包括聊天tab、提问tab两个部分，横屏的播放器区域也包括聊天layout部分。以下实例为页面菜单中添加聊天tab，代码如下：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//聊天室mvp-presenter</w:t>
        <w:br/>
        <w:t>private IPLVChatroomContract.IChatroomPresenter chatroomPresenter;</w:t>
        <w:br/>
        <w:br/>
        <w:t>private void addChatTab(PolyvLiveClassDetailVO.DataBean.ChannelMenusBean channelMenusBean) {</w:t>
        <w:br/>
        <w:t xml:space="preserve">    //页面菜单添加聊天tab的标题</w:t>
        <w:br/>
        <w:t xml:space="preserve">    pageMenuTabTitleList.add(channelMenusBean.getName());</w:t>
        <w:br/>
        <w:t xml:space="preserve">    //聊天fragment</w:t>
        <w:br/>
        <w:t xml:space="preserve">    chatFragment = new PLVLCChatFragment();</w:t>
        <w:br/>
        <w:t xml:space="preserve">    //初始化聊天列表</w:t>
        <w:br/>
        <w:t xml:space="preserve">    chatFragment.init(chatCommonMessageList);</w:t>
        <w:br/>
        <w:t xml:space="preserve">    //配置聊天页面所需的数据</w:t>
        <w:br/>
        <w:t xml:space="preserve">    chatFragment.setIsLiveType(liveRoomDataManager.getConfig().isLive());</w:t>
        <w:br/>
        <w:t xml:space="preserve">    //配置聊天页面的UI交互监听器</w:t>
        <w:br/>
        <w:t xml:space="preserve">    chatFragment.setOnViewActionListener(new PLVLCChatFragment.OnViewActionListener() {</w:t>
        <w:br/>
        <w:t xml:space="preserve">        @Override</w:t>
        <w:br/>
        <w:t xml:space="preserve">        public void onShowBulletinAction() {</w:t>
        <w:br/>
        <w:t xml:space="preserve">            //...</w:t>
        <w:br/>
        <w:t xml:space="preserve">        }</w:t>
        <w:br/>
        <w:t xml:space="preserve">    });</w:t>
        <w:br/>
        <w:t xml:space="preserve">    //聊天室mvp-presenter注册聊天室mvp-view</w:t>
        <w:br/>
        <w:t xml:space="preserve">    chatroomPresenter.registerView(chatFragment.getChatroomView());</w:t>
        <w:br/>
        <w:t xml:space="preserve">    //页面菜单添加聊天tab</w:t>
        <w:br/>
        <w:t xml:space="preserve">    pageMenuTabFragmentList.add(chatFragment);</w:t>
        <w:br/>
        <w:t>}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PLVLCChatFragment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的互动聊天tab页，包含聊天信息列表、发送信息输入框、表情布局、点赞布局、欢迎语、公告等元素。该类和聊天室mvp-presenter的通信，是通过该类中定义的聊天室mvp-view，当调用聊天室mvp-presneter的registerView方法后，聊天室mvp-presneter即可通知聊天室mvp-view的更新，同时聊天室mvp-view也能调用调用聊天室mvp-presenter的方法。定义聊天室mvp-view的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//聊天室mvp-presenter</w:t>
        <w:br/>
        <w:t>private IPLVChatroomContract.IChatroomPresenter chatroomPresenter;</w:t>
        <w:br/>
        <w:br/>
        <w:t>//聊天室mvp-view</w:t>
        <w:br/>
        <w:t>private IPLVChatroomContract.IChatroomView chatroomView = new PLVAbsChatroomView() {</w:t>
        <w:br/>
        <w:t xml:space="preserve">    @Override</w:t>
        <w:br/>
        <w:t xml:space="preserve">    public void setPresenter(@NonNull IPLVChatroomContract.IChatroomPresenter presenter) {</w:t>
        <w:br/>
        <w:t xml:space="preserve">        super.setPresenter(presenter);</w:t>
        <w:br/>
        <w:t xml:space="preserve">        chatroomPresenter = presenter;</w:t>
        <w:br/>
        <w:t xml:space="preserve">    }</w:t>
        <w:br/>
        <w:br/>
        <w:t xml:space="preserve">    @Override</w:t>
        <w:br/>
        <w:t xml:space="preserve">    public void onSpeakEvent(@NonNull PLVSpeakEvent speakEvent) {</w:t>
        <w:br/>
        <w:t xml:space="preserve">        super.onSpeakEvent(speakEvent);</w:t>
        <w:br/>
        <w:t xml:space="preserve">    }</w:t>
        <w:br/>
        <w:br/>
        <w:t xml:space="preserve">    @Override</w:t>
        <w:br/>
        <w:t xml:space="preserve">    public void onImgEvent(@NonNull PLVChatImgEvent chatImgEvent) {</w:t>
        <w:br/>
        <w:t xml:space="preserve">        super.onImgEvent(chatImgEvent);</w:t>
        <w:br/>
        <w:t xml:space="preserve">    }</w:t>
        <w:br/>
        <w:br/>
        <w:t xml:space="preserve">    @Override</w:t>
        <w:br/>
        <w:t xml:space="preserve">    public void onLikesEvent(@NonNull PLVLikesEvent likesEvent) {</w:t>
        <w:br/>
        <w:t xml:space="preserve">        super.onLikesEvent(likesEvent);</w:t>
        <w:br/>
        <w:t xml:space="preserve">    }</w:t>
        <w:br/>
        <w:br/>
        <w:t xml:space="preserve">    @Override</w:t>
        <w:br/>
        <w:t xml:space="preserve">    public void onLoginEvent(@NonNull PLVLoginEvent loginEvent) {</w:t>
        <w:br/>
        <w:t xml:space="preserve">        super.onLoginEvent(loginEvent);</w:t>
        <w:br/>
        <w:t xml:space="preserve">    }</w:t>
        <w:br/>
        <w:br/>
        <w:t xml:space="preserve">    @Override</w:t>
        <w:br/>
        <w:t xml:space="preserve">    public void onLogoutEvent(@NonNull PLVLogoutEvent logoutEvent) {</w:t>
        <w:br/>
        <w:t xml:space="preserve">        super.onLogoutEvent(logoutEvent);</w:t>
        <w:br/>
        <w:t xml:space="preserve">    }</w:t>
        <w:br/>
        <w:br/>
        <w:t xml:space="preserve">    @Override</w:t>
        <w:br/>
        <w:t xml:space="preserve">    public void onBulletinEvent(@NonNull PolyvBulletinVO bulletinVO) {</w:t>
        <w:br/>
        <w:t xml:space="preserve">        super.onBulletinEvent(bulletinVO);</w:t>
        <w:br/>
        <w:t xml:space="preserve">    }</w:t>
        <w:br/>
        <w:br/>
        <w:t xml:space="preserve">    @Override</w:t>
        <w:br/>
        <w:t xml:space="preserve">    public void onRemoveBulletinEvent() {</w:t>
        <w:br/>
        <w:t xml:space="preserve">        super.onRemoveBulletinEvent();</w:t>
        <w:br/>
        <w:t xml:space="preserve">    }</w:t>
        <w:br/>
        <w:br/>
        <w:t xml:space="preserve">    @Override</w:t>
        <w:br/>
        <w:t xml:space="preserve">    public void onCloseRoomEvent(@NonNull final PLVCloseRoomEvent closeRoomEvent) {</w:t>
        <w:br/>
        <w:t xml:space="preserve">        super.onCloseRoomEvent(closeRoomEvent);</w:t>
        <w:br/>
        <w:t xml:space="preserve">    }</w:t>
        <w:br/>
        <w:br/>
        <w:t xml:space="preserve">    @Override</w:t>
        <w:br/>
        <w:t xml:space="preserve">    public void onRemoveMessageEvent(@Nullable String id, boolean isRemoveAll) {</w:t>
        <w:br/>
        <w:t xml:space="preserve">        super.onRemoveMessageEvent(id, isRemoveAll);</w:t>
        <w:br/>
        <w:t xml:space="preserve">    }</w:t>
        <w:br/>
        <w:br/>
        <w:t xml:space="preserve">    @Override</w:t>
        <w:br/>
        <w:t xml:space="preserve">    public void onCustomGiftEvent(@NonNull PolyvCustomEvent.UserBean userBean, @NonNull PLVCustomGiftBean customGiftBean) {</w:t>
        <w:br/>
        <w:t xml:space="preserve">        super.onCustomGiftEvent(userBean, customGiftBean);</w:t>
        <w:br/>
        <w:t xml:space="preserve">    }</w:t>
        <w:br/>
        <w:br/>
        <w:t xml:space="preserve">    @Override</w:t>
        <w:br/>
        <w:t xml:space="preserve">    public void onLocalSpeakMessage(@Nullable PolyvLocalMessage localMessage) {</w:t>
        <w:br/>
        <w:t xml:space="preserve">        super.onLocalSpeakMessage(localMessage);</w:t>
        <w:br/>
        <w:t xml:space="preserve">    }</w:t>
        <w:br/>
        <w:br/>
        <w:t xml:space="preserve">    @Override</w:t>
        <w:br/>
        <w:t xml:space="preserve">    public void onLocalImageMessage(@Nullable PolyvSendLocalImgEvent localImgEvent) {</w:t>
        <w:br/>
        <w:t xml:space="preserve">        super.onLocalImageMessage(localImgEvent);</w:t>
        <w:br/>
        <w:t xml:space="preserve">    }</w:t>
        <w:br/>
        <w:br/>
        <w:t xml:space="preserve">    @Override</w:t>
        <w:br/>
        <w:t xml:space="preserve">    public void onSpeakImgDataList(List&lt;PLVBaseViewData&gt; chatMessageDataList) {</w:t>
        <w:br/>
        <w:t xml:space="preserve">        super.onSpeakImgDataList(chatMessageDataList);</w:t>
        <w:br/>
        <w:t xml:space="preserve">    }</w:t>
        <w:br/>
        <w:br/>
        <w:t xml:space="preserve">    @Override</w:t>
        <w:br/>
        <w:t xml:space="preserve">    public void onHistoryDataList(List&lt;PLVBaseViewData&lt;PLVBaseEvent&gt;&gt; chatMessageDataList, int requestSuccessTime, boolean isNoMoreHistory, int viewIndex) {</w:t>
        <w:br/>
        <w:t xml:space="preserve">        super.onHistoryDataList(chatMessageDataList, requestSuccessTime, isNoMoreHistory, viewIndex);</w:t>
        <w:br/>
        <w:t xml:space="preserve">    }</w:t>
        <w:br/>
        <w:br/>
        <w:t xml:space="preserve">    @Override</w:t>
        <w:br/>
        <w:t xml:space="preserve">    public void onHistoryRequestFailed(String errorMsg, Throwable t, int viewIndex) {</w:t>
        <w:br/>
        <w:t xml:space="preserve">        super.onHistoryRequestFailed(errorMsg, t, viewIndex);</w:t>
        <w:br/>
        <w:t xml:space="preserve">    }</w:t>
        <w:br/>
        <w:t>};</w:t>
      </w:r>
    </w:p>
    <w:p>
      <w:pPr>
        <w:pStyle w:val="Heading3"/>
      </w:pPr>
      <w:r>
        <w:t>3.2 PLVLCChatLandscapeLayout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云课堂场景下的横屏聊天布局，该类和</w:t>
      </w:r>
      <w:r>
        <w:rPr>
          <w:rFonts w:ascii="Menlo" w:hAnsi="Menlo"/>
          <w:color w:val="444444"/>
          <w:sz w:val="20"/>
        </w:rPr>
        <w:t>PLVLCChatFragment</w:t>
      </w:r>
      <w:r>
        <w:rPr>
          <w:rFonts w:ascii="Source Han Sans SC" w:hAnsi="Source Han Sans SC" w:eastAsia="Source Han Sans SC" w:cs="Source Han Sans SC" w:hint="eastAsia"/>
          <w:sz w:val="21"/>
        </w:rPr>
        <w:t>一样，都能显示聊天列表信息、加载历史记录，是在横屏时显示的一个聊天区域。该类中也定义了聊天室mvp-view，负责与聊天室mvp-presenter的通信。</w:t>
      </w:r>
    </w:p>
    <w:p>
      <w:pPr>
        <w:pStyle w:val="Heading3"/>
      </w:pPr>
      <w:r>
        <w:t>3.3 PLVLCQuizFragment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云课堂场景下的咨询提问tab页，主要是用于向讲师提问题的聊天页面，这个页面发送的信息只有讲师能够看到。该类中也定义了聊天室mvp-view，负责与聊天室mvp-presenter的通信。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5-云课堂场景-聊天室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