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4-云课堂场景-连麦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IPLVLCLinkMicControlBar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IPLVLCLinkMicLayout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PLVLCLinkMicControlBar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PLVLCLinkMicLayout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4.2.1 初始化View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4.2.2 初始化数据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子目录介绍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adapter目录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service目录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5.3 widget目录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保利威云课堂sdk支持连麦功能，举手连麦、音频连麦、视频连麦可自由选择，并支持多人连麦，丰富课堂内容。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连麦流程：讲师端发起连麦-&gt;学员举手申请连麦-&gt;讲师端允许学员连麦-&gt;学员正式加入连麦。</w:t>
      </w:r>
    </w:p>
    <w:p>
      <w:pPr>
        <w:pStyle w:val="Heading2"/>
      </w:pPr>
      <w:r>
        <w:t>2 使用演示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//初始化</w:t>
        <w:br/>
        <w:t>ViewStub linkmicLayoutViewStub = findViewById(R.id.plvlc_linkmic_layout);</w:t>
        <w:br/>
        <w:t>IPLVLCLinkMicLayout linkMicLayout = (IPLVLCLinkMicLayout) linkmicLayoutViewStub.inflate();</w:t>
        <w:br/>
        <w:t>linkMicLayout.init(liveRoomDataManager, linkMicControlBar);</w:t>
        <w:br/>
        <w:t>linkMicLayout.hideAll();</w:t>
        <w:br/>
        <w:t>//设置连麦布局监听器</w:t>
        <w:br/>
        <w:t>linkMicLayout.setOnPLVLinkMicLayoutListener();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详细的调用代码以及和其他模块的通信，请参考PLVLCCloudClassActivity类中的代码调用。</w:t>
      </w:r>
    </w:p>
    <w:p>
      <w:pPr>
        <w:pStyle w:val="Heading2"/>
      </w:pPr>
      <w:r>
        <w:t>3 接口介绍</w:t>
      </w:r>
    </w:p>
    <w:p>
      <w:pPr>
        <w:pStyle w:val="Heading3"/>
      </w:pPr>
      <w:r>
        <w:t>3.1 IPLVLCLinkMicControlBar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云课堂场景下，针对 连麦控制条布局 进行封装的 Interface ，在[PLVLinkMicLayout]中被使用，用于将最新的连麦状态更新到控制条。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外部直接调用的方法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IPLVLCLinkMicControlBar {</w:t>
        <w:br/>
        <w:br/>
        <w:t xml:space="preserve">    // &lt;editor-fold defaultstate="collapsed" desc="1. 外部直接调用的方法"&gt;</w:t>
        <w:br/>
        <w:br/>
        <w:t xml:space="preserve">    /**</w:t>
        <w:br/>
        <w:t xml:space="preserve">     * 设置监听器</w:t>
        <w:br/>
        <w:t xml:space="preserve">     *</w:t>
        <w:br/>
        <w:t xml:space="preserve">     * @param onPLCLinkMicControlBarListener listener</w:t>
        <w:br/>
        <w:t xml:space="preserve">     */</w:t>
        <w:br/>
        <w:t xml:space="preserve">    void setOnPLCLinkMicControlBarListener(OnPLCLinkMicControlBarListener onPLCLinkMicControlBarListener);</w:t>
        <w:br/>
        <w:br/>
        <w:t xml:space="preserve">    /**</w:t>
        <w:br/>
        <w:t xml:space="preserve">     * 设置讲师开启或关闭连麦</w:t>
        <w:br/>
        <w:t xml:space="preserve">     *</w:t>
        <w:br/>
        <w:t xml:space="preserve">     * @param isTeacherOpenLinkMic true表示讲师开启连麦</w:t>
        <w:br/>
        <w:t xml:space="preserve">     */</w:t>
        <w:br/>
        <w:t xml:space="preserve">    void setIsTeacherOpenLinkMic(boolean isTeacherOpenLinkMic);</w:t>
        <w:br/>
        <w:br/>
        <w:t xml:space="preserve">    /**</w:t>
        <w:br/>
        <w:t xml:space="preserve">     * 设置开关摄像头</w:t>
        <w:br/>
        <w:t xml:space="preserve">     *</w:t>
        <w:br/>
        <w:t xml:space="preserve">     * @param toOpen true表示要打开摄像头</w:t>
        <w:br/>
        <w:t xml:space="preserve">     */</w:t>
        <w:br/>
        <w:t xml:space="preserve">    void setCameraOpenOrClose(boolean toOpen);</w:t>
        <w:br/>
        <w:br/>
        <w:t xml:space="preserve">    /**</w:t>
        <w:br/>
        <w:t xml:space="preserve">     * 开关麦克风</w:t>
        <w:br/>
        <w:t xml:space="preserve">     *</w:t>
        <w:br/>
        <w:t xml:space="preserve">     * @param toOpen true表示要打开麦克风</w:t>
        <w:br/>
        <w:t xml:space="preserve">     */</w:t>
        <w:br/>
        <w:t xml:space="preserve">    void setMicrophoneOpenOrClose(boolean toOpen);</w:t>
        <w:br/>
        <w:br/>
        <w:br/>
        <w:t xml:space="preserve">    /**</w:t>
        <w:br/>
        <w:t xml:space="preserve">     * 设置上麦成功</w:t>
        <w:br/>
        <w:t xml:space="preserve">     */</w:t>
        <w:br/>
        <w:t xml:space="preserve">    void setJoinLinkMicSuccess();</w:t>
        <w:br/>
        <w:br/>
        <w:t xml:space="preserve">    /**</w:t>
        <w:br/>
        <w:t xml:space="preserve">     * 设置离开连麦</w:t>
        <w:br/>
        <w:t xml:space="preserve">     */</w:t>
        <w:br/>
        <w:t xml:space="preserve">    void setLeaveLinkMic();</w:t>
        <w:br/>
        <w:br/>
        <w:br/>
        <w:t xml:space="preserve">    /**</w:t>
        <w:br/>
        <w:t xml:space="preserve">     * 设置是音频连麦还是视频连麦</w:t>
        <w:br/>
        <w:t xml:space="preserve">     *</w:t>
        <w:br/>
        <w:t xml:space="preserve">     * @param isAudio true表示是音频连麦，false表示是视频连麦</w:t>
        <w:br/>
        <w:t xml:space="preserve">     */</w:t>
        <w:br/>
        <w:t xml:space="preserve">    void setIsAudio(boolean isAudio);</w:t>
        <w:br/>
        <w:br/>
        <w:t xml:space="preserve">    /**</w:t>
        <w:br/>
        <w:t xml:space="preserve">     * 显示</w:t>
        <w:br/>
        <w:t xml:space="preserve">     */</w:t>
        <w:br/>
        <w:t xml:space="preserve">    void show();</w:t>
        <w:br/>
        <w:br/>
        <w:t xml:space="preserve">    /**</w:t>
        <w:br/>
        <w:t xml:space="preserve">     * 隐藏</w:t>
        <w:br/>
        <w:t xml:space="preserve">     */</w:t>
        <w:br/>
        <w:t xml:space="preserve">    void hide();</w:t>
        <w:br/>
        <w:t xml:space="preserve">    // &lt;/editor-fold&gt;</w:t>
        <w:br/>
        <w:br/>
        <w:t xml:space="preserve">    // &lt;editor-fold defaultstate="collapsed" desc="2. 需要外部响应的事件监听器"&gt;</w:t>
        <w:br/>
        <w:t xml:space="preserve">    interface OnPLCLinkMicControlBarListener {</w:t>
        <w:br/>
        <w:t xml:space="preserve">        /**</w:t>
        <w:br/>
        <w:t xml:space="preserve">         * 点击请求上麦</w:t>
        <w:br/>
        <w:t xml:space="preserve">         */</w:t>
        <w:br/>
        <w:t xml:space="preserve">        void onClickRingUpLinkMic();</w:t>
        <w:br/>
        <w:br/>
        <w:t xml:space="preserve">        /**</w:t>
        <w:br/>
        <w:t xml:space="preserve">         * 点击下麦</w:t>
        <w:br/>
        <w:t xml:space="preserve">         */</w:t>
        <w:br/>
        <w:t xml:space="preserve">        void onClickRingOffLinkMic();</w:t>
        <w:br/>
        <w:br/>
        <w:t xml:space="preserve">        /**</w:t>
        <w:br/>
        <w:t xml:space="preserve">         * 点击开关摄像头</w:t>
        <w:br/>
        <w:t xml:space="preserve">         *</w:t>
        <w:br/>
        <w:t xml:space="preserve">         * @param toClose true表示关闭。false表示开启</w:t>
        <w:br/>
        <w:t xml:space="preserve">         */</w:t>
        <w:br/>
        <w:t xml:space="preserve">        void onClickCameraOpenOrClose(boolean toClose);</w:t>
        <w:br/>
        <w:br/>
        <w:t xml:space="preserve">        /**</w:t>
        <w:br/>
        <w:t xml:space="preserve">         * 点击前后置摄像头</w:t>
        <w:br/>
        <w:t xml:space="preserve">         *</w:t>
        <w:br/>
        <w:t xml:space="preserve">         * @param toFront true表示前置，false表示后置</w:t>
        <w:br/>
        <w:t xml:space="preserve">         */</w:t>
        <w:br/>
        <w:t xml:space="preserve">        void onClickCameraFrontOfBack(boolean toFront);</w:t>
        <w:br/>
        <w:br/>
        <w:t xml:space="preserve">        /**</w:t>
        <w:br/>
        <w:t xml:space="preserve">         * 点击开关麦克风</w:t>
        <w:br/>
        <w:t xml:space="preserve">         *</w:t>
        <w:br/>
        <w:t xml:space="preserve">         * @param toClose true表示关闭。false表示开启</w:t>
        <w:br/>
        <w:t xml:space="preserve">         */</w:t>
        <w:br/>
        <w:t xml:space="preserve">        void onClickMicroPhoneOpenOrClose(boolean toClose);</w:t>
        <w:br/>
        <w:br/>
        <w:t xml:space="preserve">    }</w:t>
        <w:br/>
        <w:t xml:space="preserve">    // &lt;/editor-fold&gt;</w:t>
        <w:br/>
        <w:br/>
        <w:t>}</w:t>
      </w:r>
    </w:p>
    <w:p>
      <w:pPr>
        <w:pStyle w:val="Heading3"/>
      </w:pPr>
      <w:r>
        <w:t>3.2 IPLVLCLinkMicLayout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云课堂场景下，针对 连麦布局 进行封装的 Interface。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云课堂使用的连麦布局接口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IPLVLCLinkMicLayout {</w:t>
        <w:br/>
        <w:br/>
        <w:br/>
        <w:t xml:space="preserve">    // &lt;editor-fold defaultstate="collapsed" desc="1. 外部直接调用的方法"&gt;</w:t>
        <w:br/>
        <w:br/>
        <w:t xml:space="preserve">    /**</w:t>
        <w:br/>
        <w:t xml:space="preserve">     * 初始化，设置数据</w:t>
        <w:br/>
        <w:t xml:space="preserve">     *</w:t>
        <w:br/>
        <w:t xml:space="preserve">     * @param liveRoomDataManager 频道数据</w:t>
        <w:br/>
        <w:t xml:space="preserve">     */</w:t>
        <w:br/>
        <w:t xml:space="preserve">    void init(IPLVLiveRoomDataManager liveRoomDataManager, IPLVLCLinkMicControlBar linkMicControlBar);</w:t>
        <w:br/>
        <w:br/>
        <w:t xml:space="preserve">    /**</w:t>
        <w:br/>
        <w:t xml:space="preserve">     * 销毁</w:t>
        <w:br/>
        <w:t xml:space="preserve">     */</w:t>
        <w:br/>
        <w:t xml:space="preserve">    void destroy();</w:t>
        <w:br/>
        <w:br/>
        <w:t xml:space="preserve">    /**</w:t>
        <w:br/>
        <w:t xml:space="preserve">     * 显示</w:t>
        <w:br/>
        <w:t xml:space="preserve">     */</w:t>
        <w:br/>
        <w:t xml:space="preserve">    void showAll();</w:t>
        <w:br/>
        <w:br/>
        <w:t xml:space="preserve">    /**</w:t>
        <w:br/>
        <w:t xml:space="preserve">     * 隐藏</w:t>
        <w:br/>
        <w:t xml:space="preserve">     */</w:t>
        <w:br/>
        <w:t xml:space="preserve">    void hideAll();</w:t>
        <w:br/>
        <w:br/>
        <w:t xml:space="preserve">    /**</w:t>
        <w:br/>
        <w:t xml:space="preserve">     * 隐藏连麦列表</w:t>
        <w:br/>
        <w:t xml:space="preserve">     */</w:t>
        <w:br/>
        <w:t xml:space="preserve">    void hideLinkMicList();</w:t>
        <w:br/>
        <w:br/>
        <w:t xml:space="preserve">    /**</w:t>
        <w:br/>
        <w:t xml:space="preserve">     * 显示连麦列表</w:t>
        <w:br/>
        <w:t xml:space="preserve">     */</w:t>
        <w:br/>
        <w:t xml:space="preserve">    void showLinkMicList();</w:t>
        <w:br/>
        <w:br/>
        <w:t xml:space="preserve">    /**</w:t>
        <w:br/>
        <w:t xml:space="preserve">     * 隐藏连麦控制条</w:t>
        <w:br/>
        <w:t xml:space="preserve">     */</w:t>
        <w:br/>
        <w:t xml:space="preserve">    void hideControlBar();</w:t>
        <w:br/>
        <w:br/>
        <w:t xml:space="preserve">    /**</w:t>
        <w:br/>
        <w:t xml:space="preserve">     * 显示连麦控制条</w:t>
        <w:br/>
        <w:t xml:space="preserve">     */</w:t>
        <w:br/>
        <w:t xml:space="preserve">    void showControlBar();</w:t>
        <w:br/>
        <w:br/>
        <w:t xml:space="preserve">    /**</w:t>
        <w:br/>
        <w:t xml:space="preserve">     * 设置是否讲师打开连麦</w:t>
        <w:br/>
        <w:t xml:space="preserve">     *</w:t>
        <w:br/>
        <w:t xml:space="preserve">     * @param isTeacherOpenLinkMic 讲师是否打开连麦</w:t>
        <w:br/>
        <w:t xml:space="preserve">     */</w:t>
        <w:br/>
        <w:t xml:space="preserve">    void setIsTeacherOpenLinkMic(boolean isTeacherOpenLinkMic);</w:t>
        <w:br/>
        <w:br/>
        <w:t xml:space="preserve">    /**</w:t>
        <w:br/>
        <w:t xml:space="preserve">     * 设置连麦类型</w:t>
        <w:br/>
        <w:t xml:space="preserve">     *</w:t>
        <w:br/>
        <w:t xml:space="preserve">     * @param isAudioLinkMic true表示是音频连麦，false表示是视频连麦</w:t>
        <w:br/>
        <w:t xml:space="preserve">     */</w:t>
        <w:br/>
        <w:t xml:space="preserve">    void setIsAudio(boolean isAudioLinkMic);</w:t>
        <w:br/>
        <w:br/>
        <w:t xml:space="preserve">    /**</w:t>
        <w:br/>
        <w:t xml:space="preserve">     * 是否已经加入连麦</w:t>
        <w:br/>
        <w:t xml:space="preserve">     *</w:t>
        <w:br/>
        <w:t xml:space="preserve">     * @return true表示已经加入了连麦，false表示没有加入连麦</w:t>
        <w:br/>
        <w:t xml:space="preserve">     */</w:t>
        <w:br/>
        <w:t xml:space="preserve">    boolean isJoinLinkMic();</w:t>
        <w:br/>
        <w:br/>
        <w:t xml:space="preserve">    /**</w:t>
        <w:br/>
        <w:t xml:space="preserve">     * Media是否被切换到连麦列表了</w:t>
        <w:br/>
        <w:t xml:space="preserve">     *</w:t>
        <w:br/>
        <w:t xml:space="preserve">     * @return true表示media在连麦列表，false表示media不在连麦列表</w:t>
        <w:br/>
        <w:t xml:space="preserve">     */</w:t>
        <w:br/>
        <w:t xml:space="preserve">    boolean isMediaShowInLinkMicList();</w:t>
        <w:br/>
        <w:br/>
        <w:t xml:space="preserve">    /**</w:t>
        <w:br/>
        <w:t xml:space="preserve">     * 设置连麦布局监听器</w:t>
        <w:br/>
        <w:t xml:space="preserve">     *</w:t>
        <w:br/>
        <w:t xml:space="preserve">     * @param onPLVLinkMicLayoutListener 连麦布局监听器</w:t>
        <w:br/>
        <w:t xml:space="preserve">     */</w:t>
        <w:br/>
        <w:t xml:space="preserve">    void setOnPLVLinkMicLayoutListener(OnPLVLinkMicLayoutListener onPLVLinkMicLayoutListener);</w:t>
        <w:br/>
        <w:br/>
        <w:t xml:space="preserve">    /**</w:t>
        <w:br/>
        <w:t xml:space="preserve">     * 获取横屏时连麦布局的宽度</w:t>
        <w:br/>
        <w:t xml:space="preserve">     *</w:t>
        <w:br/>
        <w:t xml:space="preserve">     * @return 横屏宽</w:t>
        <w:br/>
        <w:t xml:space="preserve">     */</w:t>
        <w:br/>
        <w:t xml:space="preserve">    int getLandscapeWidth();</w:t>
        <w:br/>
        <w:t xml:space="preserve">    // &lt;/editor-fold&gt;</w:t>
        <w:br/>
        <w:br/>
        <w:t xml:space="preserve">    // &lt;editor-fold defaultstate="collapsed" desc="2. 需要外部响应的事件监听器"&gt;</w:t>
        <w:br/>
        <w:br/>
        <w:t xml:space="preserve">    /**</w:t>
        <w:br/>
        <w:t xml:space="preserve">     * 连麦布局监听器</w:t>
        <w:br/>
        <w:t xml:space="preserve">     */</w:t>
        <w:br/>
        <w:t xml:space="preserve">    interface OnPLVLinkMicLayoutListener {</w:t>
        <w:br/>
        <w:t xml:space="preserve">        //todo 未来将支持画笔事件</w:t>
        <w:br/>
        <w:br/>
        <w:t xml:space="preserve">        // &lt;editor-fold defaultstate="collapsed" desc="画笔事件监听"&gt;</w:t>
        <w:br/>
        <w:t xml:space="preserve">        //        //点击擦除PPT画笔</w:t>
        <w:br/>
        <w:t xml:space="preserve">        //        void onUpdateEraseStatus(boolean toErase);</w:t>
        <w:br/>
        <w:t xml:space="preserve">        //</w:t>
        <w:br/>
        <w:t xml:space="preserve">        //        //更新画笔颜色</w:t>
        <w:br/>
        <w:t xml:space="preserve">        //        void onUpdateBrushColor(String color);</w:t>
        <w:br/>
        <w:t xml:space="preserve">        //</w:t>
        <w:br/>
        <w:t xml:space="preserve">        //        //更新画笔状态</w:t>
        <w:br/>
        <w:t xml:space="preserve">        //        boolean onUpdateBrushStatus(boolean unSelected);</w:t>
        <w:br/>
        <w:t xml:space="preserve">        //        // &lt;/editor-fold&gt;</w:t>
        <w:br/>
        <w:br/>
        <w:t xml:space="preserve">        // &lt;editor-fold defaultstate="collapsed" desc="连麦事件监听"&gt;</w:t>
        <w:br/>
        <w:br/>
        <w:t xml:space="preserve">        /**</w:t>
        <w:br/>
        <w:t xml:space="preserve">         * 加入连麦成功</w:t>
        <w:br/>
        <w:t xml:space="preserve">         */</w:t>
        <w:br/>
        <w:t xml:space="preserve">        void onJoinChannelSuccess();</w:t>
        <w:br/>
        <w:br/>
        <w:t xml:space="preserve">        /**</w:t>
        <w:br/>
        <w:t xml:space="preserve">         * 离开连麦</w:t>
        <w:br/>
        <w:t xml:space="preserve">         */</w:t>
        <w:br/>
        <w:t xml:space="preserve">        void onLeaveChannel();</w:t>
        <w:br/>
        <w:t xml:space="preserve">        // &lt;/editor-fold&gt;</w:t>
        <w:br/>
        <w:br/>
        <w:t xml:space="preserve">        // &lt;editor-fold defaultstate="collapsed" desc="点击事件监听器"&gt;</w:t>
        <w:br/>
        <w:br/>
        <w:t xml:space="preserve">        /**</w:t>
        <w:br/>
        <w:t xml:space="preserve">         * 切换连麦连麦中讲师的位置，因为纯视频的频道连麦时，讲师默认在主屏</w:t>
        <w:br/>
        <w:t xml:space="preserve">         *</w:t>
        <w:br/>
        <w:t xml:space="preserve">         * @param viewSwitcher switchView的切换器</w:t>
        <w:br/>
        <w:t xml:space="preserve">         * @param switchView   讲师连麦Item的switch view</w:t>
        <w:br/>
        <w:t xml:space="preserve">         */</w:t>
        <w:br/>
        <w:t xml:space="preserve">        void onChangeTeacherLocation(PLVViewSwitcher viewSwitcher, PLVSwitchViewAnchorLayout switchView);</w:t>
        <w:br/>
        <w:br/>
        <w:t xml:space="preserve">        /**</w:t>
        <w:br/>
        <w:t xml:space="preserve">         * 点击连麦Item与media切换，只切换一次。</w:t>
        <w:br/>
        <w:t xml:space="preserve">         * 当点击连麦列表item时，media在主屏幕，或刚好点击的item就是media，那么此时只发生一次切换，即media和连麦Item切换。</w:t>
        <w:br/>
        <w:t xml:space="preserve">         *</w:t>
        <w:br/>
        <w:t xml:space="preserve">         * @param switchView 连麦Item的switch view</w:t>
        <w:br/>
        <w:t xml:space="preserve">         */</w:t>
        <w:br/>
        <w:t xml:space="preserve">        void onClickSwitchWithMediaOnce(PLVSwitchViewAnchorLayout switchView);</w:t>
        <w:br/>
        <w:br/>
        <w:t xml:space="preserve">        /**</w:t>
        <w:br/>
        <w:t xml:space="preserve">         * 点击连麦Item与media切换，切换两次。</w:t>
        <w:br/>
        <w:t xml:space="preserve">         * 当点击连麦列表item时，media在连麦列表中的其他item，那么要发生两次切换：</w:t>
        <w:br/>
        <w:t xml:space="preserve">         * 1. 先将media和此时主屏幕的那个连麦item进行切换，回到初始默认的位置。</w:t>
        <w:br/>
        <w:t xml:space="preserve">         * 2. 再将此次点击的连麦item与主屏幕的media进行切换。</w:t>
        <w:br/>
        <w:t xml:space="preserve">         *</w:t>
        <w:br/>
        <w:t xml:space="preserve">         * @param switchViewHasMedia     连麦列表的上有media的那个switch view</w:t>
        <w:br/>
        <w:t xml:space="preserve">         * @param switchViewGoMainScreen 被点击的item的switch view，对应将会被切换到主屏幕的连麦item</w:t>
        <w:br/>
        <w:t xml:space="preserve">         */</w:t>
        <w:br/>
        <w:t xml:space="preserve">        void onClickSwitchWithMediaTwice(PLVSwitchViewAnchorLayout switchViewHasMedia, PLVSwitchViewAnchorLayout switchViewGoMainScreen);</w:t>
        <w:br/>
        <w:t xml:space="preserve">        // &lt;/editor-fold&gt;</w:t>
        <w:br/>
        <w:br/>
        <w:t xml:space="preserve">    }</w:t>
        <w:br/>
        <w:t>// &lt;/editor-fold&gt;</w:t>
        <w:br/>
        <w:t>}</w:t>
      </w:r>
    </w:p>
    <w:p>
      <w:pPr>
        <w:pStyle w:val="Heading2"/>
      </w:pPr>
      <w:r>
        <w:t>4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IPLVLCLinkMicControlBar的实现类是PLVLCLinkMicControlBar。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IPLVLCLinkMicLayout的实现类是PLVLCLinkMicLayout。</w:t>
      </w:r>
    </w:p>
    <w:p>
      <w:pPr>
        <w:pStyle w:val="Heading3"/>
      </w:pPr>
      <w:r>
        <w:t>4.1 PLVLCLinkMicControlBar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PLVLCLinkMicControlBar是连麦控制条的实现。有如下几点需要注意：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连麦控制条在Activity中被创建，并作为参数传递到</w:t>
      </w:r>
      <w:r>
        <w:rPr>
          <w:rFonts w:ascii="Menlo" w:hAnsi="Menlo"/>
          <w:color w:val="444444"/>
          <w:sz w:val="20"/>
        </w:rPr>
        <w:t>PLVLCLinkMicLayout</w:t>
      </w:r>
      <w:r>
        <w:rPr>
          <w:rFonts w:ascii="Source Han Sans SC" w:hAnsi="Source Han Sans SC" w:eastAsia="Source Han Sans SC" w:cs="Source Han Sans SC" w:hint="eastAsia"/>
          <w:sz w:val="21"/>
        </w:rPr>
        <w:t>中，由连麦布局响应控制条的点击事件以及刷新连麦控制条的UI状态。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在竖屏和横屏上分别用两套View来实现竖屏和横屏的UI。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主要的逻辑集中在动画、点击事件响应、和横竖屏两套UI保持同步。</w:t>
      </w:r>
    </w:p>
    <w:p>
      <w:pPr>
        <w:pStyle w:val="Heading3"/>
      </w:pPr>
      <w:r>
        <w:t>4.2 PLVLCLinkMicLayout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连麦布局是连麦功能模块的主体，主要的UI是连麦列表。且横竖屏共用同一套连麦列表对象。</w:t>
      </w:r>
    </w:p>
    <w:p>
      <w:pPr>
        <w:pStyle w:val="Heading3"/>
      </w:pPr>
      <w:r>
        <w:t>4.2.1 初始化View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在初始化时，要初始化连麦列表RecyclerView和连麦列表用到的适配器PLVLinkMicListAdapter。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ab/>
        <w:t>//...</w:t>
        <w:br/>
        <w:tab/>
        <w:t>//init RecyclerView</w:t>
        <w:br/>
        <w:tab/>
        <w:t>rvLinkMicList.setLayoutManager(new LinearLayoutManager(getContext(), RecyclerView.HORIZONTAL, false));</w:t>
        <w:br/>
        <w:tab/>
        <w:t>rvLinkMicList.addItemDecoration(landscapeItemDecoration);</w:t>
        <w:br/>
        <w:tab/>
        <w:t>//init adapter</w:t>
        <w:br/>
        <w:tab/>
        <w:t>linkMicListAdapter = new PLVLinkMicListAdapter(...)</w:t>
        <w:br/>
        <w:tab/>
        <w:t>//init方向</w:t>
        <w:br/>
        <w:tab/>
        <w:t>curIsLandscape = PLVScreenUtils.isLandscape(getContext());</w:t>
        <w:br/>
        <w:t>}</w:t>
      </w:r>
    </w:p>
    <w:p>
      <w:pPr>
        <w:pStyle w:val="Heading3"/>
      </w:pPr>
      <w:r>
        <w:t>4.2.2 初始化数据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数据的初始化在对外API方法中：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liveRoomDataManager, IPLVLCLinkMicControlBar linkMicControlBar) {</w:t>
        <w:br/>
        <w:t xml:space="preserve">    linkMicPresenter = new PLVLinkMicPresenter(liveRoomDataManager, this);</w:t>
        <w:br/>
        <w:t xml:space="preserve">    initLinkMicControlBar(linkMicControlBar);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由于连麦功能模块使用了mvp模式，因此首先初始化了Presenter。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此外，还初始化了连麦控制条，对连麦控制条的点击事件进行了监听。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连麦布局的主体逻辑主要集中在mvp模式的View层接口的实现中，可以参考该接口的注释和实现：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interface IPLVLinkMicView {</w:t>
        <w:br/>
        <w:t xml:space="preserve">    /**</w:t>
        <w:br/>
        <w:t xml:space="preserve">     * 响应连麦错误</w:t>
        <w:br/>
        <w:t xml:space="preserve">     */</w:t>
        <w:br/>
        <w:t xml:space="preserve">    void onLinkMicError(int errorCode, Throwable throwable);</w:t>
        <w:br/>
        <w:t xml:space="preserve">    /**</w:t>
        <w:br/>
        <w:t xml:space="preserve">     * 响应讲师开启连麦</w:t>
        <w:br/>
        <w:t xml:space="preserve">     */</w:t>
        <w:br/>
        <w:t xml:space="preserve">    void onTeacherOpenLinkMic();</w:t>
        <w:br/>
        <w:t xml:space="preserve">    /**</w:t>
        <w:br/>
        <w:t xml:space="preserve">     * 响应讲师关闭连麦</w:t>
        <w:br/>
        <w:t xml:space="preserve">     */</w:t>
        <w:br/>
        <w:t xml:space="preserve">    void onTeacherCloseLinkMic();</w:t>
        <w:br/>
        <w:t xml:space="preserve">    /**</w:t>
        <w:br/>
        <w:t xml:space="preserve">     * 响应讲师允许连麦</w:t>
        <w:br/>
        <w:t xml:space="preserve">     */</w:t>
        <w:br/>
        <w:t xml:space="preserve">    void onTeacherAllowJoin();</w:t>
        <w:br/>
        <w:t xml:space="preserve">    /**</w:t>
        <w:br/>
        <w:t xml:space="preserve">     * 响应加入连麦频道超时</w:t>
        <w:br/>
        <w:t xml:space="preserve">     */</w:t>
        <w:br/>
        <w:t xml:space="preserve">    void onAllowButJoinTimeout();</w:t>
        <w:br/>
        <w:t xml:space="preserve">    /**</w:t>
        <w:br/>
        <w:t xml:space="preserve">     * 响应在加入频道之前，View层应创建连麦适配器和初始化连麦布局</w:t>
        <w:br/>
        <w:t xml:space="preserve">     *</w:t>
        <w:br/>
        <w:t xml:space="preserve">     * @param linkMicUid  我的连麦Id</w:t>
        <w:br/>
        <w:t xml:space="preserve">     * @param isAudio     是否是音频连麦</w:t>
        <w:br/>
        <w:t xml:space="preserve">     * @param linkMicList 连麦列表。在实现中，要用该列表去渲染</w:t>
        <w:br/>
        <w:t xml:space="preserve">     */</w:t>
        <w:br/>
        <w:t xml:space="preserve">    void onBeforeJoinChannel(String linkMicUid, boolean isAudio, List&lt;PLVLinkMicItemDataBean&gt; linkMicList);</w:t>
        <w:br/>
        <w:t xml:space="preserve">    /**</w:t>
        <w:br/>
        <w:t xml:space="preserve">     * 响应加入连麦频道成功</w:t>
        <w:br/>
        <w:t xml:space="preserve">     */</w:t>
        <w:br/>
        <w:t xml:space="preserve">    void onJoinChannelSuccess();</w:t>
        <w:br/>
        <w:t xml:space="preserve">    /**</w:t>
        <w:br/>
        <w:t xml:space="preserve">     * 响应离开连麦频道</w:t>
        <w:br/>
        <w:t xml:space="preserve">     */</w:t>
        <w:br/>
        <w:t xml:space="preserve">    void onLeaveChannel();</w:t>
        <w:br/>
        <w:t xml:space="preserve">    /**</w:t>
        <w:br/>
        <w:t xml:space="preserve">     * 响应用户加入连麦频道</w:t>
        <w:br/>
        <w:t xml:space="preserve">     *</w:t>
        <w:br/>
        <w:t xml:space="preserve">     * @param uids</w:t>
        <w:br/>
        <w:t xml:space="preserve">     */</w:t>
        <w:br/>
        <w:t xml:space="preserve">    void onUsersJoin(List&lt;String&gt; uids);</w:t>
        <w:br/>
        <w:t xml:space="preserve">    /**</w:t>
        <w:br/>
        <w:t xml:space="preserve">     * 响应用户离开连麦频道</w:t>
        <w:br/>
        <w:t xml:space="preserve">     *</w:t>
        <w:br/>
        <w:t xml:space="preserve">     * @param uids</w:t>
        <w:br/>
        <w:t xml:space="preserve">     */</w:t>
        <w:br/>
        <w:t xml:space="preserve">    void onUsersLeave(List&lt;String&gt; uids);</w:t>
        <w:br/>
        <w:t xml:space="preserve">    /**</w:t>
        <w:br/>
        <w:t xml:space="preserve">     * 回调我当前不在连麦列表</w:t>
        <w:br/>
        <w:t xml:space="preserve">     */</w:t>
        <w:br/>
        <w:t xml:space="preserve">    void onNotInLinkMicList();</w:t>
        <w:br/>
        <w:t xml:space="preserve">    /**</w:t>
        <w:br/>
        <w:t xml:space="preserve">     * 响应用户开关视频</w:t>
        <w:br/>
        <w:t xml:space="preserve">     *</w:t>
        <w:br/>
        <w:t xml:space="preserve">     * @param uid  用户id</w:t>
        <w:br/>
        <w:t xml:space="preserve">     * @param mute true表示关闭视频，false表示开启视频</w:t>
        <w:br/>
        <w:t xml:space="preserve">     * @param pos  列表中的位置</w:t>
        <w:br/>
        <w:t xml:space="preserve">     */</w:t>
        <w:br/>
        <w:t xml:space="preserve">    void onUserMuteVideo(final String uid, final boolean mute, int pos);</w:t>
        <w:br/>
        <w:t xml:space="preserve">    /**</w:t>
        <w:br/>
        <w:t xml:space="preserve">     * 响应用户开关音频</w:t>
        <w:br/>
        <w:t xml:space="preserve">     *</w:t>
        <w:br/>
        <w:t xml:space="preserve">     * @param uid  用户id</w:t>
        <w:br/>
        <w:t xml:space="preserve">     * @param mute true表示关闭音频，false表示开启音频</w:t>
        <w:br/>
        <w:t xml:space="preserve">     * @param pos  列表中的位置</w:t>
        <w:br/>
        <w:t xml:space="preserve">     */</w:t>
        <w:br/>
        <w:t xml:space="preserve">    void onUserMuteAudio(final String uid, final boolean mute, int pos);</w:t>
        <w:br/>
        <w:t xml:space="preserve">    /**</w:t>
        <w:br/>
        <w:t xml:space="preserve">     * 响应本地用户麦克风音量变化</w:t>
        <w:br/>
        <w:t xml:space="preserve">     */</w:t>
        <w:br/>
        <w:t xml:space="preserve">    void onLocalUserMicVolumeChanged();</w:t>
        <w:br/>
        <w:t xml:space="preserve">    /**</w:t>
        <w:br/>
        <w:t xml:space="preserve">     * 响应远端用户麦克风音量变化</w:t>
        <w:br/>
        <w:t xml:space="preserve">     */</w:t>
        <w:br/>
        <w:t xml:space="preserve">    void onRemoteUserVolumeChanged(List&lt;PLVLinkMicItemDataBean&gt; linkMicList);</w:t>
        <w:br/>
        <w:t xml:space="preserve">    /**</w:t>
        <w:br/>
        <w:t xml:space="preserve">     * 切换第一画面</w:t>
        <w:br/>
        <w:t xml:space="preserve">     *</w:t>
        <w:br/>
        <w:t xml:space="preserve">     * @param linkMicId 新的第一画面的连麦Id</w:t>
        <w:br/>
        <w:t xml:space="preserve">     */</w:t>
        <w:br/>
        <w:t xml:space="preserve">    void onSwitchFirstScreen(String linkMicId);</w:t>
        <w:br/>
        <w:t xml:space="preserve">    /**</w:t>
        <w:br/>
        <w:t xml:space="preserve">     * 设置第一画面的连麦ID</w:t>
        <w:br/>
        <w:t xml:space="preserve">     *</w:t>
        <w:br/>
        <w:t xml:space="preserve">     * @param linkMicId 新的第一画面的连麦Id</w:t>
        <w:br/>
        <w:t xml:space="preserve">     */</w:t>
        <w:br/>
        <w:t xml:space="preserve">    void setFirstScreenLinkMicId(String linkMicId);</w:t>
        <w:br/>
        <w:t xml:space="preserve">    /**</w:t>
        <w:br/>
        <w:t xml:space="preserve">     * 隐藏连麦列表中的讲师item，并根据isNeedSwitchToMain参数决定是否要把该item的view切换到主屏</w:t>
        <w:br/>
        <w:t xml:space="preserve">     *</w:t>
        <w:br/>
        <w:t xml:space="preserve">     * @param linkMicId          讲师的连麦id</w:t>
        <w:br/>
        <w:t xml:space="preserve">     * @param teacherPos         讲师item在当前连麦列表中的索引</w:t>
        <w:br/>
        <w:t xml:space="preserve">     * @param isNeedSwitchToMain 是否要切换到主屏</w:t>
        <w:br/>
        <w:t xml:space="preserve">     */</w:t>
        <w:br/>
        <w:t xml:space="preserve">    void onAdjustTeacherLocation(String linkMicId, int teacherPos, boolean isNeedSwitchToMain);</w:t>
        <w:br/>
        <w:t xml:space="preserve">    /**</w:t>
        <w:br/>
        <w:t xml:space="preserve">     * 切换PPT View和第一画面的位置</w:t>
        <w:br/>
        <w:t xml:space="preserve">     *</w:t>
        <w:br/>
        <w:t xml:space="preserve">     * @param toMainScreen true表示切换到主屏幕，false表示切回到悬浮窗</w:t>
        <w:br/>
        <w:t xml:space="preserve">     */</w:t>
        <w:br/>
        <w:t xml:space="preserve">    void onSwitchPPTViewLocation(boolean toMainScreen);</w:t>
        <w:br/>
        <w:t xml:space="preserve">    /**</w:t>
        <w:br/>
        <w:t xml:space="preserve">     * PPT是否被切换到连麦列表了</w:t>
        <w:br/>
        <w:t xml:space="preserve">     *</w:t>
        <w:br/>
        <w:t xml:space="preserve">     * @return true表示PPT在连麦列表，false表示PPT不在连麦列表</w:t>
        <w:br/>
        <w:t xml:space="preserve">     */</w:t>
        <w:br/>
        <w:t xml:space="preserve">    boolean isMediaShowInLinkMicList();</w:t>
        <w:br/>
        <w:t xml:space="preserve">    /**</w:t>
        <w:br/>
        <w:t xml:space="preserve">     * 获取PPTView在连麦列表中的位置index</w:t>
        <w:br/>
        <w:t xml:space="preserve">     *</w:t>
        <w:br/>
        <w:t xml:space="preserve">     * @return ppt在连麦列表中的位置</w:t>
        <w:br/>
        <w:t xml:space="preserve">     */</w:t>
        <w:br/>
        <w:t xml:space="preserve">    int getMediaViewIndexInLinkMicList();</w:t>
        <w:br/>
        <w:t xml:space="preserve">    /**</w:t>
        <w:br/>
        <w:t xml:space="preserve">     * 点击连麦列表[index]位置上的画面</w:t>
        <w:br/>
        <w:t xml:space="preserve">     *</w:t>
        <w:br/>
        <w:t xml:space="preserve">     * @param index 连麦列表中的位置</w:t>
        <w:br/>
        <w:t xml:space="preserve">     */</w:t>
        <w:br/>
        <w:t xml:space="preserve">    void performClickInLinkMicListItem(int index);</w:t>
        <w:br/>
        <w:t xml:space="preserve">    /**</w:t>
        <w:br/>
        <w:t xml:space="preserve">     * 更新所有整个连麦列表</w:t>
        <w:br/>
        <w:t xml:space="preserve">     */</w:t>
        <w:br/>
        <w:t xml:space="preserve">    void updateAllLinkMicList();</w:t>
        <w:br/>
        <w:t>}</w:t>
      </w:r>
    </w:p>
    <w:p>
      <w:pPr>
        <w:pStyle w:val="Heading2"/>
      </w:pPr>
      <w:r>
        <w:t>5 子目录介绍</w:t>
      </w:r>
    </w:p>
    <w:p>
      <w:pPr>
        <w:pStyle w:val="Heading3"/>
      </w:pPr>
      <w:r>
        <w:t>5.1 adapter目录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PLVLinkMicListAdapter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连麦列表RecyclerView的适配器，该类中对具体的每个连麦Item做了处理，并暴露了连麦Item的点击事件。</w:t>
      </w:r>
    </w:p>
    <w:p>
      <w:pPr>
        <w:pStyle w:val="Heading3"/>
      </w:pPr>
      <w:r>
        <w:t>5.2 service目录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PLVLCLinkMicForegroundService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在连麦时开启前台服务来确保在后台连麦时，连麦功能正常。</w:t>
      </w:r>
    </w:p>
    <w:p>
      <w:pPr>
        <w:pStyle w:val="Heading3"/>
      </w:pPr>
      <w:r>
        <w:t>5.3 widget目录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这是连麦模块的自定义View目录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PLVLCLinkMicRingButton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连麦话筒按钮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PLVLinkMicRvLandscapeItemDecoration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横屏连麦列表的ItemDecoration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4-云课堂场景-连麦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