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 3-云课堂场景-PPT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接口介绍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IPLVLCFloatingPPTLayout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IPLVLCPPTView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 PLVLCFloatingPPTLayout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4.1.2 初始化View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4.1.2 初始化数据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 PLVLCPPTView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4.2.1 初始化View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4.2.2 初始化数据</w:t>
      </w:r>
    </w:p>
    <w:p>
      <w:pPr>
        <w:pStyle w:val="Heading2"/>
      </w:pPr>
      <w:r>
        <w:t>1功能概述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PPT功能是将讲师端当前正在操作的PPT或者文档显示为一个小的悬浮窗的功能。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由于PPT是嵌入在悬浮窗中显示的，因此该模块将悬浮窗和PPT分开为两个接口，一个接口代表的是嵌入了PPT的悬浮窗，一个接口是PPT。</w:t>
      </w:r>
    </w:p>
    <w:p>
      <w:pPr>
        <w:pStyle w:val="Heading2"/>
      </w:pPr>
      <w:r>
        <w:t>2 使用演示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//初始化</w:t>
        <w:br/>
        <w:t>IPLVLCFloatingPPTLayout floatingPPTLayout=findViewById(R.id.plvlc_ppt_floating_ppt_layout);</w:t>
        <w:br/>
        <w:t>//设置悬浮窗点击监听器</w:t>
        <w:br/>
        <w:t>floatingPPTLayout.setOnFloatingViewClickListener();</w:t>
        <w:br/>
        <w:t>//设置关闭悬浮窗的点击监听器</w:t>
        <w:br/>
        <w:t>floatingPPTLayout.setOnClickCloseListener();</w:t>
        <w:br/>
        <w:t>//设置直播PPT事件监听器</w:t>
        <w:br/>
        <w:t>floatingPPTLayout.getPPTView().initLivePPT();</w:t>
        <w:br/>
        <w:t>//设置回放PPT事件监听</w:t>
        <w:br/>
        <w:t>floatingPPTLayout.getPPTView().initPlaybackPPT();</w:t>
        <w:br/>
        <w:t>//销毁</w:t>
        <w:br/>
        <w:t>floatingPPTLayout.destroy();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详细的调用代码以及和其他模块的通信，请参考PLVLCCloudClassActivity类中的代码调用。</w:t>
      </w:r>
    </w:p>
    <w:p>
      <w:pPr>
        <w:pStyle w:val="Heading2"/>
      </w:pPr>
      <w:r>
        <w:t>3 接口介绍</w:t>
      </w:r>
    </w:p>
    <w:p>
      <w:pPr>
        <w:pStyle w:val="Heading3"/>
      </w:pPr>
      <w:r>
        <w:t>3.1 IPLVLCFloatingPPTLayout</w:t>
      </w:r>
    </w:p>
    <w:p>
      <w:r>
        <w:rPr>
          <w:rFonts w:ascii="Menlo" w:hAnsi="Menlo"/>
          <w:color w:val="444444"/>
          <w:sz w:val="20"/>
        </w:rPr>
        <w:t>IPLVLCFloatingPPTLayout</w:t>
      </w:r>
      <w:r>
        <w:rPr>
          <w:rFonts w:ascii="Source Han Sans SC" w:hAnsi="Source Han Sans SC" w:eastAsia="Source Han Sans SC" w:cs="Source Han Sans SC" w:hint="eastAsia"/>
          <w:sz w:val="21"/>
        </w:rPr>
        <w:t>是云课堂场景下定义的PPT悬浮窗布局，定义了：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外部直接调用的方法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需要外部响应的事件监听器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interface IPLVLCFloatingPPTLayout {</w:t>
        <w:br/>
        <w:br/>
        <w:t xml:space="preserve">    // &lt;editor-fold defaultstate="collapsed" desc="1. 外部直接调用的方法"&gt;</w:t>
        <w:br/>
        <w:br/>
        <w:t xml:space="preserve">    /**</w:t>
        <w:br/>
        <w:t xml:space="preserve">     * 设置服务端的PPT开关</w:t>
        <w:br/>
        <w:t xml:space="preserve">     *</w:t>
        <w:br/>
        <w:t xml:space="preserve">     * @param enable true表示打开PPT，false表示关闭PPT</w:t>
        <w:br/>
        <w:t xml:space="preserve">     */</w:t>
        <w:br/>
        <w:t xml:space="preserve">    void setServerEnablePPT(boolean enable);</w:t>
        <w:br/>
        <w:br/>
        <w:t xml:space="preserve">    /**</w:t>
        <w:br/>
        <w:t xml:space="preserve">     * 显示</w:t>
        <w:br/>
        <w:t xml:space="preserve">     */</w:t>
        <w:br/>
        <w:t xml:space="preserve">    void show();</w:t>
        <w:br/>
        <w:br/>
        <w:t xml:space="preserve">    /**</w:t>
        <w:br/>
        <w:t xml:space="preserve">     * 隐藏</w:t>
        <w:br/>
        <w:t xml:space="preserve">     */</w:t>
        <w:br/>
        <w:t xml:space="preserve">    void hide();</w:t>
        <w:br/>
        <w:br/>
        <w:t xml:space="preserve">    /**</w:t>
        <w:br/>
        <w:t xml:space="preserve">     * PPT是否在悬浮窗中</w:t>
        <w:br/>
        <w:t xml:space="preserve">     */</w:t>
        <w:br/>
        <w:t xml:space="preserve">    boolean isPPTInFloatingLayout();</w:t>
        <w:br/>
        <w:br/>
        <w:t xml:space="preserve">    /**</w:t>
        <w:br/>
        <w:t xml:space="preserve">     * 获取PPTView</w:t>
        <w:br/>
        <w:t xml:space="preserve">     */</w:t>
        <w:br/>
        <w:t xml:space="preserve">    IPLVLCPPTView getPPTView();</w:t>
        <w:br/>
        <w:br/>
        <w:t xml:space="preserve">    /**</w:t>
        <w:br/>
        <w:t xml:space="preserve">     * 设置悬浮窗点击监听器</w:t>
        <w:br/>
        <w:t xml:space="preserve">     *</w:t>
        <w:br/>
        <w:t xml:space="preserve">     * @param li listener</w:t>
        <w:br/>
        <w:t xml:space="preserve">     */</w:t>
        <w:br/>
        <w:t xml:space="preserve">    void setOnFloatingViewClickListener(View.OnClickListener li);</w:t>
        <w:br/>
        <w:br/>
        <w:t xml:space="preserve">    /**</w:t>
        <w:br/>
        <w:t xml:space="preserve">     * 设置显示关闭悬浮窗的监听器</w:t>
        <w:br/>
        <w:t xml:space="preserve">     *</w:t>
        <w:br/>
        <w:t xml:space="preserve">     * @param onClickCloseListener listener</w:t>
        <w:br/>
        <w:t xml:space="preserve">     */</w:t>
        <w:br/>
        <w:t xml:space="preserve">    void setOnClickCloseListener(IPLVOnClickCloseFloatingView onClickCloseListener);</w:t>
        <w:br/>
        <w:br/>
        <w:t xml:space="preserve">    /**</w:t>
        <w:br/>
        <w:t xml:space="preserve">     * 获取切换View</w:t>
        <w:br/>
        <w:t xml:space="preserve">     */</w:t>
        <w:br/>
        <w:t xml:space="preserve">    PLVSwitchViewAnchorLayout getPPTSwitchView();</w:t>
        <w:br/>
        <w:br/>
        <w:t xml:space="preserve">    /**</w:t>
        <w:br/>
        <w:t xml:space="preserve">     * 销毁</w:t>
        <w:br/>
        <w:t xml:space="preserve">     */</w:t>
        <w:br/>
        <w:t xml:space="preserve">    void destroy();</w:t>
        <w:br/>
        <w:t xml:space="preserve">    // &lt;/editor-fold&gt;</w:t>
        <w:br/>
        <w:br/>
        <w:t xml:space="preserve">    // &lt;editor-fold defaultstate="collapsed" desc="2. 需要外部响应的事件监听器"&gt;</w:t>
        <w:br/>
        <w:br/>
        <w:t xml:space="preserve">    interface IPLVOnClickCloseFloatingView {</w:t>
        <w:br/>
        <w:t xml:space="preserve">        /**</w:t>
        <w:br/>
        <w:t xml:space="preserve">         * 点击关闭</w:t>
        <w:br/>
        <w:t xml:space="preserve">         */</w:t>
        <w:br/>
        <w:t xml:space="preserve">        void onClickCloseFloatingView();</w:t>
        <w:br/>
        <w:t xml:space="preserve">    }</w:t>
        <w:br/>
        <w:t xml:space="preserve">    // &lt;/editor-fold&gt;</w:t>
        <w:br/>
        <w:br/>
        <w:t>}</w:t>
        <w:br/>
      </w:r>
    </w:p>
    <w:p>
      <w:pPr>
        <w:pStyle w:val="Heading3"/>
      </w:pPr>
      <w:r>
        <w:t>3.2 IPLVLCPPTView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云课堂场景下，针对 PPT布局 进行封装的interface，定义了：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外部直接调用的方法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需要外部响应的事件监听器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interface IPLVLCPPTView {</w:t>
        <w:br/>
        <w:br/>
        <w:t xml:space="preserve">    // &lt;editor-fold defaultstate="collapsed" desc="1. 外部直接调用的方法 - live部分，定义 直播PPT独有的方法"&gt;</w:t>
        <w:br/>
        <w:br/>
        <w:t xml:space="preserve">    /**</w:t>
        <w:br/>
        <w:t xml:space="preserve">     * 初始化直播PPT</w:t>
        <w:br/>
        <w:t xml:space="preserve">     *</w:t>
        <w:br/>
        <w:t xml:space="preserve">     * @param onPLVLCPPTViewListener listener</w:t>
        <w:br/>
        <w:t xml:space="preserve">     */</w:t>
        <w:br/>
        <w:t xml:space="preserve">    void initLivePPT(OnPLVLCLivePPTViewListener onPLVLCPPTViewListener);</w:t>
        <w:br/>
        <w:br/>
        <w:t xml:space="preserve">    /**</w:t>
        <w:br/>
        <w:t xml:space="preserve">     * 移除延迟时间</w:t>
        <w:br/>
        <w:t xml:space="preserve">     */</w:t>
        <w:br/>
        <w:t xml:space="preserve">    void removeDelayTime();</w:t>
        <w:br/>
        <w:br/>
        <w:t xml:space="preserve">    /**</w:t>
        <w:br/>
        <w:t xml:space="preserve">     * 恢复延迟时间</w:t>
        <w:br/>
        <w:t xml:space="preserve">     */</w:t>
        <w:br/>
        <w:t xml:space="preserve">    void recoverDelayTime();</w:t>
        <w:br/>
        <w:br/>
        <w:br/>
        <w:t>// &lt;/editor-fold&gt;</w:t>
        <w:br/>
        <w:br/>
        <w:t xml:space="preserve">    // &lt;editor-fold defaultstate="collapsed" desc="1. 外部直接调用的方法 - playback部分，定义回放PPT独有的方法"&gt;</w:t>
        <w:br/>
        <w:t xml:space="preserve">    /**</w:t>
        <w:br/>
        <w:t xml:space="preserve">     * 初始化回放PPT</w:t>
        <w:br/>
        <w:t xml:space="preserve">     *</w:t>
        <w:br/>
        <w:t xml:space="preserve">     * @param onPlaybackPPTViewListener listener</w:t>
        <w:br/>
        <w:t xml:space="preserve">     */</w:t>
        <w:br/>
        <w:t xml:space="preserve">    void initPlaybackPPT(OnPLVLCPlaybackPPTViewListener onPlaybackPPTViewListener);</w:t>
        <w:br/>
        <w:br/>
        <w:t xml:space="preserve">    /**</w:t>
        <w:br/>
        <w:t xml:space="preserve">     * 设置当前回放视频播放的位置</w:t>
        <w:br/>
        <w:t xml:space="preserve">     *</w:t>
        <w:br/>
        <w:t xml:space="preserve">     * @param position 播放位置</w:t>
        <w:br/>
        <w:t xml:space="preserve">     */</w:t>
        <w:br/>
        <w:t xml:space="preserve">    void setPlaybackCurrentPosition(int position);</w:t>
        <w:br/>
        <w:br/>
        <w:t xml:space="preserve">    /**</w:t>
        <w:br/>
        <w:t xml:space="preserve">     * 获取回放专用的PPTView，用于绑定到播放器内部</w:t>
        <w:br/>
        <w:t xml:space="preserve">     *</w:t>
        <w:br/>
        <w:t xml:space="preserve">     * @return 回放专用的PPTView的接口</w:t>
        <w:br/>
        <w:t xml:space="preserve">     */</w:t>
        <w:br/>
        <w:t xml:space="preserve">    IPolyvPPTView getPlaybackPPTViewToBindInPlayer();</w:t>
        <w:br/>
        <w:t>// &lt;/editor-fold&gt;</w:t>
        <w:br/>
        <w:br/>
        <w:t xml:space="preserve">    // &lt;editor-fold defaultstate="collapsed" desc="1. 外部直接调用的方法 - common部分，定义直播PPT和回放PPT通用的方法"&gt;</w:t>
        <w:br/>
        <w:br/>
        <w:t xml:space="preserve">    /**</w:t>
        <w:br/>
        <w:t xml:space="preserve">     * 发送消息到webView</w:t>
        <w:br/>
        <w:t xml:space="preserve">     *</w:t>
        <w:br/>
        <w:t xml:space="preserve">     * @param event   消息的事件</w:t>
        <w:br/>
        <w:t xml:space="preserve">     * @param message 消息内容</w:t>
        <w:br/>
        <w:t xml:space="preserve">     */</w:t>
        <w:br/>
        <w:t xml:space="preserve">    void sendWebMessage(String event, String message);</w:t>
        <w:br/>
        <w:br/>
        <w:t xml:space="preserve">    /**</w:t>
        <w:br/>
        <w:t xml:space="preserve">     * 重新加载</w:t>
        <w:br/>
        <w:t xml:space="preserve">     */</w:t>
        <w:br/>
        <w:t xml:space="preserve">    void reLoad();</w:t>
        <w:br/>
        <w:br/>
        <w:t xml:space="preserve">    /**</w:t>
        <w:br/>
        <w:t xml:space="preserve">     * 销毁</w:t>
        <w:br/>
        <w:t xml:space="preserve">     */</w:t>
        <w:br/>
        <w:t xml:space="preserve">    void destroy();</w:t>
        <w:br/>
        <w:t xml:space="preserve">    // &lt;/editor-fold&gt;</w:t>
        <w:br/>
        <w:br/>
        <w:t xml:space="preserve">    // &lt;editor-fold defaultstate="collapsed" desc="2. 需要外部响应的事件监听器 - PPT直播事件监听器"&gt;</w:t>
        <w:br/>
        <w:br/>
        <w:t xml:space="preserve">    /**</w:t>
        <w:br/>
        <w:t xml:space="preserve">     * PPT直播事件监听器</w:t>
        <w:br/>
        <w:t xml:space="preserve">     */</w:t>
        <w:br/>
        <w:t xml:space="preserve">    interface OnPLVLCLivePPTViewListener {</w:t>
        <w:br/>
        <w:br/>
        <w:t xml:space="preserve">        /**</w:t>
        <w:br/>
        <w:t xml:space="preserve">         * 直播回调，切换横竖屏</w:t>
        <w:br/>
        <w:t xml:space="preserve">         *</w:t>
        <w:br/>
        <w:t xml:space="preserve">         * @param toLandscape true表示切换到横屏，false表示切换到竖屏</w:t>
        <w:br/>
        <w:t xml:space="preserve">         */</w:t>
        <w:br/>
        <w:t xml:space="preserve">        void onLiveChangeToLandscape(boolean toLandscape);</w:t>
        <w:br/>
        <w:br/>
        <w:t xml:space="preserve">        /**</w:t>
        <w:br/>
        <w:t xml:space="preserve">         * 直播回调，开始或暂停视频</w:t>
        <w:br/>
        <w:t xml:space="preserve">         *</w:t>
        <w:br/>
        <w:t xml:space="preserve">         * @param toStart true表示开始播放视频，false表示暂停播放视频</w:t>
        <w:br/>
        <w:t xml:space="preserve">         */</w:t>
        <w:br/>
        <w:t xml:space="preserve">        void onLiveStartOrPauseVideoView(boolean toStart);</w:t>
        <w:br/>
        <w:br/>
        <w:t xml:space="preserve">        /**</w:t>
        <w:br/>
        <w:t xml:space="preserve">         * 直播回调，重播视频</w:t>
        <w:br/>
        <w:t xml:space="preserve">         */</w:t>
        <w:br/>
        <w:t xml:space="preserve">        void onLiveRestartVideoView();</w:t>
        <w:br/>
        <w:br/>
        <w:t xml:space="preserve">        /**</w:t>
        <w:br/>
        <w:t xml:space="preserve">         * 直播回调，回到上一个Activity</w:t>
        <w:br/>
        <w:t xml:space="preserve">         */</w:t>
        <w:br/>
        <w:t xml:space="preserve">        void onLiveBackTopActivity();</w:t>
        <w:br/>
        <w:t xml:space="preserve">    }</w:t>
        <w:br/>
        <w:t xml:space="preserve">    // &lt;/editor-fold&gt;</w:t>
        <w:br/>
        <w:br/>
        <w:t xml:space="preserve">    // &lt;editor-fold defaultstate="collapsed" desc="2. 需要外部响应的事件监听器 - PPT回放事件监听器"&gt;</w:t>
        <w:br/>
        <w:br/>
        <w:t xml:space="preserve">    /**</w:t>
        <w:br/>
        <w:t xml:space="preserve">     * PPT回放事件监听器</w:t>
        <w:br/>
        <w:t xml:space="preserve">     */</w:t>
        <w:br/>
        <w:t xml:space="preserve">    interface OnPLVLCPlaybackPPTViewListener {</w:t>
        <w:br/>
        <w:br/>
        <w:t xml:space="preserve">        /**</w:t>
        <w:br/>
        <w:t xml:space="preserve">         * 回放回调，切换PPTView的位置</w:t>
        <w:br/>
        <w:t xml:space="preserve">         *</w:t>
        <w:br/>
        <w:t xml:space="preserve">         * @param toMainScreen true表示切换到主屏幕，false表示切回到小窗</w:t>
        <w:br/>
        <w:t xml:space="preserve">         */</w:t>
        <w:br/>
        <w:t xml:space="preserve">        void onPlaybackSwitchPPTViewLocation(boolean toMainScreen);</w:t>
        <w:br/>
        <w:t xml:space="preserve">    }</w:t>
        <w:br/>
        <w:t xml:space="preserve">    // &lt;/editor-fold&gt;</w:t>
        <w:br/>
        <w:br/>
        <w:t>}</w:t>
        <w:br/>
      </w:r>
    </w:p>
    <w:p>
      <w:pPr>
        <w:pStyle w:val="Heading2"/>
      </w:pPr>
      <w:r>
        <w:t>4 实现介绍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IPLVLCFloatingPPTLayout的实现类是：PLVLCFloatingPPTLayout。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IPLVLCPPTView的实现类是：PLVLCPPTView。</w:t>
      </w:r>
    </w:p>
    <w:p>
      <w:pPr>
        <w:pStyle w:val="Heading3"/>
      </w:pPr>
      <w:r>
        <w:t>4.1 PLVLCFloatingPPTLayout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PLVLCFloatingPPTLayout是一个全屏大小的布局，由他的子View，PLVTouchFloatingView作为真正的悬浮窗控件响应悬浮窗的拖动事件。</w:t>
      </w:r>
    </w:p>
    <w:p>
      <w:pPr>
        <w:pStyle w:val="Heading3"/>
      </w:pPr>
      <w:r>
        <w:t>4.1.2 初始化View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可以在初始化中设置悬浮窗的横屏和竖屏各自的初始化位置，也可以设置在横屏和竖屏下，悬浮窗的大小。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//初始化View</w:t>
        <w:br/>
        <w:t>private void initView() {</w:t>
        <w:br/>
        <w:tab/>
        <w:t>//...</w:t>
        <w:br/>
        <w:tab/>
        <w:t>//设置初始化位置</w:t>
        <w:br/>
        <w:tab/>
        <w:t>int screenWidth = Math.min(ScreenUtils.getScreenWidth(), ScreenUtils.getScreenHeight());</w:t>
        <w:br/>
        <w:tab/>
        <w:t>int screenHeight = Math.max(ScreenUtils.getScreenWidth(), ScreenUtils.getScreenHeight());</w:t>
        <w:br/>
        <w:tab/>
        <w:t>floatingView.setInitLocation(</w:t>
        <w:br/>
        <w:t xml:space="preserve">            screenWidth - PLVScreenUtils.dip2px(DP_FLOATING_PPT_WIDTH_PORT),</w:t>
        <w:br/>
        <w:t xml:space="preserve">            PLVScreenUtils.dip2px(DP_ORIGIN_MARGIN_TOP_PORTRAIT),</w:t>
        <w:br/>
        <w:t xml:space="preserve">            screenHeight - PLVScreenUtils.dip2px(DP_FLOATING_PPT_WIDTH_LAND) - PLVScreenUtils.dip2px(DP_ORIGIN_MARGIN_RIGHT_LANDSCAPE),</w:t>
        <w:br/>
        <w:t xml:space="preserve">            PLVScreenUtils.dip2px(DP_ORIGIN_MARGIN_TOP_LANDSCAPE)</w:t>
        <w:br/>
        <w:t xml:space="preserve">    );</w:t>
        <w:br/>
        <w:t>}</w:t>
      </w:r>
    </w:p>
    <w:p>
      <w:pPr>
        <w:pStyle w:val="Heading3"/>
      </w:pPr>
      <w:r>
        <w:t>4.1.2 初始化数据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悬浮窗内部使用了MVP模式，需要初始化Presenter。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//初始化数据</w:t>
        <w:br/>
        <w:t>private void initData() {</w:t>
        <w:br/>
        <w:t xml:space="preserve">    presenter = new PLVLiveFloatingPresenter();</w:t>
        <w:br/>
        <w:t xml:space="preserve">    presenter.init(this);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而悬浮窗实现的View层接口是：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悬浮窗View</w:t>
        <w:br/>
        <w:t xml:space="preserve"> */</w:t>
        <w:br/>
        <w:t>interface IPLVLiveFloatingView {</w:t>
        <w:br/>
        <w:t xml:space="preserve">    /**</w:t>
        <w:br/>
        <w:t xml:space="preserve">     * 设置讲师信息</w:t>
        <w:br/>
        <w:t xml:space="preserve">     *</w:t>
        <w:br/>
        <w:t xml:space="preserve">     * @param nick   讲师昵称</w:t>
        <w:br/>
        <w:t xml:space="preserve">     * @param picUrl 讲师图片Url</w:t>
        <w:br/>
        <w:t xml:space="preserve">     */</w:t>
        <w:br/>
        <w:t xml:space="preserve">    void updateTeacherInfo(String nick, String picUrl);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用于更新悬浮窗上讲师的信息。</w:t>
      </w:r>
    </w:p>
    <w:p>
      <w:pPr>
        <w:pStyle w:val="Heading3"/>
      </w:pPr>
      <w:r>
        <w:t>4.2 PLVLCPPTView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PLVLCPPTView是PPT的实现。有如下几点需要注意：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它是对SDK中的类：PolyvPPTWebView，的一层业务封装。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它使用mvp模式来处理服务端数据的收发等逻辑。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由于PPT既可以直播，也可以在回放中使用，因此它的接口分为live、playback、common3组，具体可以直接看接口注释。</w:t>
      </w:r>
    </w:p>
    <w:p>
      <w:pPr>
        <w:pStyle w:val="Heading3"/>
      </w:pPr>
      <w:r>
        <w:t>4.2.1 初始化View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//初始View</w:t>
        <w:br/>
        <w:t>private void initialView(Context context) {</w:t>
        <w:br/>
        <w:tab/>
        <w:t>//...</w:t>
        <w:br/>
        <w:t xml:space="preserve">    //设置占位图</w:t>
        <w:br/>
        <w:tab/>
        <w:t>pptPlaceHolderView.setPlaceHolderImg(R.drawable.plvlc_ppt_placeholder);</w:t>
        <w:br/>
        <w:tab/>
        <w:t>//设置占位图文本</w:t>
        <w:br/>
        <w:tab/>
        <w:t>pptPlaceHolderView.setPlaceHolderText(getResources().getString(R.string.plv_ppt_no_document));</w:t>
        <w:br/>
        <w:tab/>
        <w:t>//...</w:t>
        <w:br/>
        <w:tab/>
        <w:t>//加载ppt的webView</w:t>
        <w:br/>
        <w:tab/>
        <w:t>pptWebView.loadWeb();</w:t>
        <w:br/>
        <w:t>}</w:t>
      </w:r>
    </w:p>
    <w:p>
      <w:pPr>
        <w:pStyle w:val="Heading3"/>
      </w:pPr>
      <w:r>
        <w:t>4.2.2 初始化数据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PPT内部使用了MVP模式，需要初始化Presenter。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//初始化数据</w:t>
        <w:br/>
        <w:t>private void initData() {</w:t>
        <w:br/>
        <w:t xml:space="preserve">    presenter = new PLVPPTPresenter();</w:t>
        <w:br/>
        <w:t xml:space="preserve">    presenter.init(this);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而PPT实现的View层接口是：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PPTView</w:t>
        <w:br/>
        <w:t xml:space="preserve"> */</w:t>
        <w:br/>
        <w:t>interface IPLVPPTView {</w:t>
        <w:br/>
        <w:t xml:space="preserve">    /**</w:t>
        <w:br/>
        <w:t xml:space="preserve">     * 发送消息到webView</w:t>
        <w:br/>
        <w:t xml:space="preserve">     *</w:t>
        <w:br/>
        <w:t xml:space="preserve">     * @param msg 消息</w:t>
        <w:br/>
        <w:t xml:space="preserve">     */</w:t>
        <w:br/>
        <w:t xml:space="preserve">    void sendMsgToWebView(String msg);</w:t>
        <w:br/>
        <w:t xml:space="preserve">    /**</w:t>
        <w:br/>
        <w:t xml:space="preserve">     * 发送消息到webView</w:t>
        <w:br/>
        <w:t xml:space="preserve">     *</w:t>
        <w:br/>
        <w:t xml:space="preserve">     * @param msg   消息</w:t>
        <w:br/>
        <w:t xml:space="preserve">     * @param event 事件</w:t>
        <w:br/>
        <w:t xml:space="preserve">     */</w:t>
        <w:br/>
        <w:t xml:space="preserve">    void sendMsgToWebView(String msg, String event);</w:t>
        <w:br/>
        <w:t xml:space="preserve">    /**</w:t>
        <w:br/>
        <w:t xml:space="preserve">     * 隐藏加载中图片</w:t>
        <w:br/>
        <w:t xml:space="preserve">     * 直播时，则聊天室登录后，收到PPT控制消息时，隐藏加载中图片。</w:t>
        <w:br/>
        <w:t xml:space="preserve">     * 回放时，在收到PPT的prepare回调后，异常加载中图片。</w:t>
        <w:br/>
        <w:t xml:space="preserve">     */</w:t>
        <w:br/>
        <w:t xml:space="preserve">    void hideLoading();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3-云课堂场景-PPT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