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项目地址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Github项目地址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Gitee项目地址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直播多场景项目支持的场景有：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一、云课堂场景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二、直播带货场景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三、手机开播场景</w:t>
      </w:r>
    </w:p>
    <w:p>
      <w:pPr>
        <w:pStyle w:val="Heading2"/>
      </w:pPr>
      <w:r>
        <w:t>一、云课堂场景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云课堂是一款云课堂教学的 SDK 示例演示项目，用户可以高度定制化以及二次开发。项目的特色是包含了视频教学直播、ppt 在线演示同步播放以及教学连麦功能、同时还集成了在线聊天以及直播回放的功能，非常适合直播视频教学的应用场景。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通过本项目，开发者可以详细地了解到如何使用云课堂 SDK 的播放器、如何对播放器功能进行扩展、如何创建播放器皮肤、如何使用聊天、连麦、互动等功能。开发者下载或 clone 本项目后，经过简单的配置就可运行。</w:t>
      </w:r>
    </w:p>
    <w:p>
      <w:pPr>
        <w:pStyle w:val="Heading2"/>
      </w:pPr>
      <w:r>
        <w:t>二、直播带货场景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直播带货是一款直播带货的SDK示例演示项目，用户可以高度定制化以及二次开发。项目特色是包含了直播带货视频直播、在线聊天、打赏、商品等功能，非常适合直播带货的应用场景。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本项目，开发者可以详细地了解到如何使用直播带货SDK的播放器、如何对播放器功能进行扩展、如何创建播放器皮肤、如何使用聊天、打赏、商品等功能。开发者下载或者clone本项目后，经过简单配置就可运行。</w:t>
      </w:r>
    </w:p>
    <w:p>
      <w:pPr>
        <w:pStyle w:val="Heading2"/>
      </w:pPr>
      <w:r>
        <w:t>三、手机开播场景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开播是一款三分屏场景频道直播开播推流的SDK示例演示项目，用户可以高度定制化以及二次开发。项目特色是包含了三分屏开播推流、在线聊天、连麦、PPT文档和白板等功能，非常适合直播视频教学的应用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通过本项目，开发者可以详细地了解到如何使用手机开播SDK、如何对开播功能进行扩展、如何创建开播画面布局、如何使用聊天、连麦、文档等功能。开发者下载或者clone本项目后，经过简单配置就可运行。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